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52D0F" w14:paraId="0FEC0496" w14:textId="77777777" w:rsidTr="00282F6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5ACF0A" w14:textId="77777777" w:rsidR="00152D0F" w:rsidRDefault="00152D0F" w:rsidP="00282F6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727282C9" wp14:editId="2E10412C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0C58FA0" w14:textId="77777777" w:rsidR="00152D0F" w:rsidRDefault="00152D0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623A133" w14:textId="77777777" w:rsidR="00152D0F" w:rsidRDefault="00152D0F" w:rsidP="00282F6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152D0F" w14:paraId="24C5A1CC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6C78B260" w14:textId="77777777" w:rsidR="00152D0F" w:rsidRDefault="00152D0F" w:rsidP="00282F6F"/>
        </w:tc>
        <w:tc>
          <w:tcPr>
            <w:tcW w:w="8030" w:type="dxa"/>
            <w:gridSpan w:val="3"/>
          </w:tcPr>
          <w:p w14:paraId="6D5FFC71" w14:textId="77777777" w:rsidR="00152D0F" w:rsidRDefault="00152D0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166466BA" w14:textId="77777777" w:rsidR="00152D0F" w:rsidRDefault="00152D0F" w:rsidP="00282F6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152D0F" w14:paraId="4157144A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4CDCD9BD" w14:textId="77777777" w:rsidR="00152D0F" w:rsidRDefault="00152D0F" w:rsidP="00282F6F"/>
        </w:tc>
        <w:tc>
          <w:tcPr>
            <w:tcW w:w="2409" w:type="dxa"/>
          </w:tcPr>
          <w:p w14:paraId="4F99FE34" w14:textId="77777777" w:rsidR="00152D0F" w:rsidRPr="00D20322" w:rsidRDefault="00152D0F" w:rsidP="00282F6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61B9E2DC" w14:textId="77777777" w:rsidR="00152D0F" w:rsidRPr="00D20322" w:rsidRDefault="00152D0F" w:rsidP="00282F6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33410730" w14:textId="77777777" w:rsidR="00152D0F" w:rsidRDefault="00152D0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0BD7A2D" w14:textId="77777777" w:rsidR="00152D0F" w:rsidRPr="00B86B80" w:rsidRDefault="00152D0F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600503F6" w14:textId="77777777" w:rsidR="00152D0F" w:rsidRPr="00B86B80" w:rsidRDefault="00152D0F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</w:t>
            </w:r>
            <w:bookmarkStart w:id="0" w:name="_GoBack"/>
            <w:bookmarkEnd w:id="0"/>
            <w:r w:rsidRPr="00B86B80">
              <w:rPr>
                <w:b/>
                <w:lang w:val="ro-RO"/>
              </w:rPr>
              <w:t>x: 021.318.03.04</w:t>
            </w:r>
          </w:p>
          <w:p w14:paraId="3B75D89F" w14:textId="77777777" w:rsidR="00152D0F" w:rsidRDefault="00152D0F" w:rsidP="00282F6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330426F3" w14:textId="77777777" w:rsidR="00152D0F" w:rsidRDefault="00152D0F" w:rsidP="00282F6F">
            <w:pPr>
              <w:keepNext/>
            </w:pPr>
          </w:p>
        </w:tc>
      </w:tr>
      <w:tr w:rsidR="00152D0F" w14:paraId="0EFBF1A8" w14:textId="77777777" w:rsidTr="00152D0F">
        <w:trPr>
          <w:cantSplit/>
          <w:trHeight w:val="332"/>
        </w:trPr>
        <w:tc>
          <w:tcPr>
            <w:tcW w:w="1606" w:type="dxa"/>
            <w:vMerge/>
          </w:tcPr>
          <w:p w14:paraId="44B236D2" w14:textId="77777777" w:rsidR="00152D0F" w:rsidRDefault="00152D0F" w:rsidP="00282F6F"/>
        </w:tc>
        <w:tc>
          <w:tcPr>
            <w:tcW w:w="4818" w:type="dxa"/>
            <w:gridSpan w:val="2"/>
          </w:tcPr>
          <w:p w14:paraId="03EDEB43" w14:textId="77777777" w:rsidR="00152D0F" w:rsidRDefault="00152D0F" w:rsidP="00282F6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9671C11" w14:textId="77777777" w:rsidR="00152D0F" w:rsidRDefault="00152D0F" w:rsidP="00282F6F"/>
        </w:tc>
        <w:tc>
          <w:tcPr>
            <w:tcW w:w="3212" w:type="dxa"/>
          </w:tcPr>
          <w:p w14:paraId="63AC90E4" w14:textId="77777777" w:rsidR="00152D0F" w:rsidRDefault="00152D0F" w:rsidP="00282F6F">
            <w:r>
              <w:rPr>
                <w:b/>
                <w:color w:val="0D5F78"/>
              </w:rPr>
              <w:t>Data</w:t>
            </w:r>
          </w:p>
          <w:p w14:paraId="6E3F5710" w14:textId="77777777" w:rsidR="00152D0F" w:rsidRDefault="00152D0F" w:rsidP="00282F6F"/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3D7EA5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3D7EA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3D7EA5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3D7EA5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3D7EA5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3D7EA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3D7EA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3D7EA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3D7EA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3D7EA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19CA8823" w:rsidR="001E1635" w:rsidRPr="006257CA" w:rsidRDefault="003D7EA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44946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6257CA">
              <w:rPr>
                <w:sz w:val="16"/>
                <w:lang w:val="fr-FR"/>
              </w:rPr>
              <w:t>titular</w:t>
            </w:r>
            <w:proofErr w:type="spellEnd"/>
            <w:proofErr w:type="gram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96897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3D7EA5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3D7EA5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3D7EA5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3D7EA5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0E09E759" w:rsidR="006257CA" w:rsidRPr="000F0E2F" w:rsidRDefault="000E51C2" w:rsidP="00C245EC">
            <w:pPr>
              <w:rPr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lang w:val="fr-FR"/>
                </w:rPr>
                <w:id w:val="-132342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5B9">
                  <w:rPr>
                    <w:rFonts w:ascii="MS Gothic" w:eastAsia="MS Gothic" w:hAnsi="MS Gothic" w:cs="Segoe UI Symbol"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</w:t>
            </w:r>
            <w:proofErr w:type="spellStart"/>
            <w:proofErr w:type="gramStart"/>
            <w:r w:rsidR="006257CA" w:rsidRPr="000F0E2F">
              <w:rPr>
                <w:lang w:val="fr-FR"/>
              </w:rPr>
              <w:t>comasare</w:t>
            </w:r>
            <w:proofErr w:type="spellEnd"/>
            <w:proofErr w:type="gramEnd"/>
            <w:r w:rsidR="006257CA" w:rsidRPr="000F0E2F">
              <w:rPr>
                <w:lang w:val="fr-FR"/>
              </w:rPr>
              <w:t xml:space="preserve"> (</w:t>
            </w:r>
            <w:proofErr w:type="spellStart"/>
            <w:r w:rsidR="006257CA" w:rsidRPr="000F0E2F">
              <w:rPr>
                <w:lang w:val="fr-FR"/>
              </w:rPr>
              <w:t>alipire</w:t>
            </w:r>
            <w:proofErr w:type="spellEnd"/>
            <w:r w:rsidR="006257CA" w:rsidRPr="000F0E2F">
              <w:rPr>
                <w:lang w:val="fr-FR"/>
              </w:rPr>
              <w:t xml:space="preserve">)     </w:t>
            </w:r>
            <w:sdt>
              <w:sdtPr>
                <w:rPr>
                  <w:lang w:val="fr-FR"/>
                </w:rPr>
                <w:id w:val="-184515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</w:t>
            </w:r>
            <w:proofErr w:type="spellStart"/>
            <w:r w:rsidR="006257CA" w:rsidRPr="000F0E2F">
              <w:rPr>
                <w:lang w:val="fr-FR"/>
              </w:rPr>
              <w:t>dezmembrare</w:t>
            </w:r>
            <w:proofErr w:type="spellEnd"/>
            <w:r w:rsidR="006257CA" w:rsidRPr="000F0E2F">
              <w:rPr>
                <w:lang w:val="fr-FR"/>
              </w:rPr>
              <w:t xml:space="preserve"> (</w:t>
            </w:r>
            <w:proofErr w:type="spellStart"/>
            <w:r w:rsidR="006257CA" w:rsidRPr="000F0E2F">
              <w:rPr>
                <w:lang w:val="fr-FR"/>
              </w:rPr>
              <w:t>dezlipire</w:t>
            </w:r>
            <w:proofErr w:type="spellEnd"/>
            <w:r w:rsidR="006257CA" w:rsidRPr="000F0E2F">
              <w:rPr>
                <w:lang w:val="fr-FR"/>
              </w:rPr>
              <w:t xml:space="preserve">)     </w:t>
            </w:r>
            <w:sdt>
              <w:sdtPr>
                <w:rPr>
                  <w:lang w:val="fr-FR"/>
                </w:rPr>
                <w:id w:val="-192186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</w:t>
            </w:r>
            <w:proofErr w:type="spellStart"/>
            <w:r w:rsidR="006257CA" w:rsidRPr="000F0E2F">
              <w:rPr>
                <w:rFonts w:cs="Times New Roman"/>
                <w:lang w:val="fr-FR"/>
              </w:rPr>
              <w:t>î</w:t>
            </w:r>
            <w:r w:rsidR="006257CA" w:rsidRPr="000F0E2F">
              <w:rPr>
                <w:lang w:val="fr-FR"/>
              </w:rPr>
              <w:t>nscrierea</w:t>
            </w:r>
            <w:proofErr w:type="spellEnd"/>
            <w:r w:rsidR="006257CA" w:rsidRPr="000F0E2F">
              <w:rPr>
                <w:lang w:val="fr-FR"/>
              </w:rPr>
              <w:t xml:space="preserve"> </w:t>
            </w:r>
            <w:proofErr w:type="spellStart"/>
            <w:r w:rsidR="006257CA" w:rsidRPr="000F0E2F">
              <w:rPr>
                <w:lang w:val="fr-FR"/>
              </w:rPr>
              <w:t>unor</w:t>
            </w:r>
            <w:proofErr w:type="spellEnd"/>
            <w:r w:rsidR="006257CA" w:rsidRPr="000F0E2F">
              <w:rPr>
                <w:lang w:val="fr-FR"/>
              </w:rPr>
              <w:t xml:space="preserve"> </w:t>
            </w:r>
            <w:proofErr w:type="spellStart"/>
            <w:r w:rsidR="006257CA" w:rsidRPr="000F0E2F">
              <w:rPr>
                <w:lang w:val="fr-FR"/>
              </w:rPr>
              <w:t>servitu</w:t>
            </w:r>
            <w:r w:rsidR="006257CA" w:rsidRPr="000F0E2F">
              <w:rPr>
                <w:rFonts w:cs="Times New Roman"/>
                <w:lang w:val="fr-FR"/>
              </w:rPr>
              <w:t>ț</w:t>
            </w:r>
            <w:r w:rsidR="006257CA" w:rsidRPr="000F0E2F">
              <w:rPr>
                <w:lang w:val="fr-FR"/>
              </w:rPr>
              <w:t>i</w:t>
            </w:r>
            <w:proofErr w:type="spellEnd"/>
            <w:r w:rsidR="006257CA" w:rsidRPr="000F0E2F">
              <w:rPr>
                <w:lang w:val="fr-FR"/>
              </w:rPr>
              <w:t xml:space="preserve"> de </w:t>
            </w:r>
            <w:proofErr w:type="spellStart"/>
            <w:r w:rsidR="006257CA"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6576B22F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sdt>
              <w:sdtPr>
                <w:rPr>
                  <w:lang w:val="fr-FR"/>
                </w:rPr>
                <w:id w:val="-71967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0F0E2F">
              <w:rPr>
                <w:lang w:val="fr-FR"/>
              </w:rPr>
              <w:t xml:space="preserve"> </w:t>
            </w:r>
            <w:proofErr w:type="spellStart"/>
            <w:proofErr w:type="gram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proofErr w:type="gram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sdt>
              <w:sdtPr>
                <w:rPr>
                  <w:lang w:val="fr-FR"/>
                </w:rPr>
                <w:id w:val="71007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3D7EA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09481B8C" w:rsidR="001E1635" w:rsidRDefault="003D7EA5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136902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5B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138297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5B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3D7EA5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3D7EA5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3D7EA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3D7EA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79762CD2" w:rsidR="006257CA" w:rsidRDefault="003D7EA5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88065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sdt>
              <w:sdtPr>
                <w:rPr>
                  <w:sz w:val="16"/>
                  <w:lang w:val="fr-FR"/>
                </w:rPr>
                <w:id w:val="-102000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24CFAE2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76326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extras</w:t>
            </w:r>
            <w:proofErr w:type="gramEnd"/>
            <w:r w:rsidRPr="006257CA">
              <w:rPr>
                <w:sz w:val="16"/>
                <w:lang w:val="fr-FR"/>
              </w:rPr>
              <w:t xml:space="preserve">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sdt>
              <w:sdtPr>
                <w:rPr>
                  <w:sz w:val="16"/>
                  <w:lang w:val="fr-FR"/>
                </w:rPr>
                <w:id w:val="-46420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sdt>
              <w:sdtPr>
                <w:rPr>
                  <w:sz w:val="16"/>
                  <w:lang w:val="fr-FR"/>
                </w:rPr>
                <w:id w:val="198018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3D7EA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3D62B270" w:rsidR="001E1635" w:rsidRPr="006257CA" w:rsidRDefault="003D7EA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45987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DAE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6257CA">
              <w:rPr>
                <w:sz w:val="16"/>
                <w:lang w:val="fr-FR"/>
              </w:rPr>
              <w:t>în</w:t>
            </w:r>
            <w:proofErr w:type="spellEnd"/>
            <w:proofErr w:type="gram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14554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382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de e-mail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56155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382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3D7EA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3D7EA5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3D7EA5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3D7EA5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2A366" w14:textId="77777777" w:rsidR="000E51C2" w:rsidRDefault="000E51C2">
      <w:r>
        <w:separator/>
      </w:r>
    </w:p>
  </w:endnote>
  <w:endnote w:type="continuationSeparator" w:id="0">
    <w:p w14:paraId="746C614E" w14:textId="77777777" w:rsidR="000E51C2" w:rsidRDefault="000E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8E5FA" w14:textId="77777777" w:rsidR="001E1635" w:rsidRDefault="003D7EA5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7C9AD" w14:textId="77777777" w:rsidR="000E51C2" w:rsidRDefault="000E51C2">
      <w:r>
        <w:separator/>
      </w:r>
    </w:p>
  </w:footnote>
  <w:footnote w:type="continuationSeparator" w:id="0">
    <w:p w14:paraId="64BD924A" w14:textId="77777777" w:rsidR="000E51C2" w:rsidRDefault="000E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1C2"/>
    <w:rsid w:val="0015074B"/>
    <w:rsid w:val="00152D0F"/>
    <w:rsid w:val="001A1F16"/>
    <w:rsid w:val="001E1635"/>
    <w:rsid w:val="0029639D"/>
    <w:rsid w:val="00326F90"/>
    <w:rsid w:val="003D7EA5"/>
    <w:rsid w:val="00496E11"/>
    <w:rsid w:val="006165B9"/>
    <w:rsid w:val="006257CA"/>
    <w:rsid w:val="006C103E"/>
    <w:rsid w:val="007A4EB4"/>
    <w:rsid w:val="00933382"/>
    <w:rsid w:val="009A7A12"/>
    <w:rsid w:val="009D782F"/>
    <w:rsid w:val="00A37FAC"/>
    <w:rsid w:val="00AA1D8D"/>
    <w:rsid w:val="00AC5F99"/>
    <w:rsid w:val="00B47730"/>
    <w:rsid w:val="00CB0664"/>
    <w:rsid w:val="00D71DAE"/>
    <w:rsid w:val="00E331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8F9450-9E11-4E7E-87FB-2AC3FBEF4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Maria</dc:creator>
  <cp:keywords/>
  <cp:lastModifiedBy>Alexandru Maria</cp:lastModifiedBy>
  <cp:revision>6</cp:revision>
  <dcterms:created xsi:type="dcterms:W3CDTF">2026-09-11T05:32:00Z</dcterms:created>
  <dcterms:modified xsi:type="dcterms:W3CDTF">2026-09-11T05:37:00Z</dcterms:modified>
  <cp:category/>
</cp:coreProperties>
</file>