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664FBD" w14:paraId="1510564E" w14:textId="77777777" w:rsidTr="003D28FF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8120D9D" w14:textId="77777777" w:rsidR="00664FBD" w:rsidRDefault="00664FBD" w:rsidP="003D28FF">
            <w:pPr>
              <w:keepNext/>
              <w:jc w:val="center"/>
            </w:pPr>
            <w:r>
              <w:rPr>
                <w:b/>
                <w:noProof/>
                <w:color w:val="0D5F78"/>
              </w:rPr>
              <w:drawing>
                <wp:inline distT="0" distB="0" distL="0" distR="0" wp14:anchorId="484B3395" wp14:editId="0806C05C">
                  <wp:extent cx="683288" cy="1101196"/>
                  <wp:effectExtent l="0" t="0" r="254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734" cy="1163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77A10D35" w14:textId="77777777" w:rsidR="00664FBD" w:rsidRDefault="00664FBD" w:rsidP="003D28FF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884ADE6" w14:textId="77777777" w:rsidR="00664FBD" w:rsidRDefault="00664FBD" w:rsidP="003D28FF">
            <w:pPr>
              <w:keepNext/>
            </w:pPr>
            <w:r w:rsidRPr="00B86B80">
              <w:rPr>
                <w:b/>
              </w:rPr>
              <w:t>MUNICIPIUL BUCUREȘTI</w:t>
            </w:r>
          </w:p>
        </w:tc>
      </w:tr>
      <w:tr w:rsidR="00664FBD" w14:paraId="7A2EDC96" w14:textId="77777777" w:rsidTr="003D28FF">
        <w:trPr>
          <w:cantSplit/>
          <w:trHeight w:val="510"/>
        </w:trPr>
        <w:tc>
          <w:tcPr>
            <w:tcW w:w="1606" w:type="dxa"/>
            <w:vMerge/>
          </w:tcPr>
          <w:p w14:paraId="2ECBAAA8" w14:textId="77777777" w:rsidR="00664FBD" w:rsidRDefault="00664FBD" w:rsidP="003D28FF"/>
        </w:tc>
        <w:tc>
          <w:tcPr>
            <w:tcW w:w="8030" w:type="dxa"/>
            <w:gridSpan w:val="3"/>
          </w:tcPr>
          <w:p w14:paraId="565EAAF9" w14:textId="77777777" w:rsidR="00664FBD" w:rsidRDefault="00664FBD" w:rsidP="003D28FF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08D1F84A" w14:textId="77777777" w:rsidR="00664FBD" w:rsidRDefault="00664FBD" w:rsidP="003D28FF">
            <w:pPr>
              <w:keepNext/>
            </w:pPr>
            <w:r w:rsidRPr="00B86B80">
              <w:rPr>
                <w:b/>
                <w:bCs/>
                <w:szCs w:val="15"/>
              </w:rPr>
              <w:t>SECTORUL 3 AL MUNICIPIULUI BUCUREȘTI</w:t>
            </w:r>
          </w:p>
        </w:tc>
      </w:tr>
      <w:tr w:rsidR="00664FBD" w14:paraId="25656812" w14:textId="77777777" w:rsidTr="003D28FF">
        <w:trPr>
          <w:cantSplit/>
          <w:trHeight w:val="510"/>
        </w:trPr>
        <w:tc>
          <w:tcPr>
            <w:tcW w:w="1606" w:type="dxa"/>
            <w:vMerge/>
          </w:tcPr>
          <w:p w14:paraId="72D15F0D" w14:textId="77777777" w:rsidR="00664FBD" w:rsidRDefault="00664FBD" w:rsidP="003D28FF"/>
        </w:tc>
        <w:tc>
          <w:tcPr>
            <w:tcW w:w="2409" w:type="dxa"/>
          </w:tcPr>
          <w:p w14:paraId="6538599A" w14:textId="77777777" w:rsidR="00664FBD" w:rsidRPr="00D20322" w:rsidRDefault="00664FBD" w:rsidP="003D28FF">
            <w:pPr>
              <w:keepNext/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(CIF)</w:t>
            </w:r>
          </w:p>
          <w:p w14:paraId="3DD247BB" w14:textId="77777777" w:rsidR="00664FBD" w:rsidRPr="00D20322" w:rsidRDefault="00664FBD" w:rsidP="003D28FF">
            <w:pPr>
              <w:keepNext/>
              <w:rPr>
                <w:lang w:val="fr-FR"/>
              </w:rPr>
            </w:pPr>
            <w:r w:rsidRPr="00B86B80">
              <w:rPr>
                <w:b/>
                <w:lang w:val="fr-FR"/>
              </w:rPr>
              <w:t>4420465</w:t>
            </w:r>
          </w:p>
        </w:tc>
        <w:tc>
          <w:tcPr>
            <w:tcW w:w="5621" w:type="dxa"/>
            <w:gridSpan w:val="2"/>
          </w:tcPr>
          <w:p w14:paraId="4716A228" w14:textId="77777777" w:rsidR="00664FBD" w:rsidRDefault="00664FBD" w:rsidP="003D28FF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A57AE79" w14:textId="77777777" w:rsidR="00664FBD" w:rsidRPr="00B86B80" w:rsidRDefault="00664FBD" w:rsidP="003D28FF">
            <w:pPr>
              <w:keepNext/>
              <w:rPr>
                <w:b/>
                <w:lang w:val="ro-RO"/>
              </w:rPr>
            </w:pPr>
            <w:r w:rsidRPr="00B86B80">
              <w:rPr>
                <w:b/>
                <w:lang w:val="ro-RO"/>
              </w:rPr>
              <w:t>Bulevardul Basarabia nr. 256, Sector 3, București</w:t>
            </w:r>
          </w:p>
          <w:p w14:paraId="20CD3EE9" w14:textId="77777777" w:rsidR="00664FBD" w:rsidRPr="00B86B80" w:rsidRDefault="00664FBD" w:rsidP="003D28FF">
            <w:pPr>
              <w:keepNext/>
              <w:rPr>
                <w:b/>
                <w:lang w:val="ro-RO"/>
              </w:rPr>
            </w:pPr>
            <w:r w:rsidRPr="00B86B80">
              <w:rPr>
                <w:b/>
                <w:lang w:val="ro-RO"/>
              </w:rPr>
              <w:t>Telefon: 021.318.</w:t>
            </w:r>
            <w:bookmarkStart w:id="0" w:name="_GoBack"/>
            <w:bookmarkEnd w:id="0"/>
            <w:r w:rsidRPr="00B86B80">
              <w:rPr>
                <w:b/>
                <w:lang w:val="ro-RO"/>
              </w:rPr>
              <w:t>03.23; Fax: 021.318.03.04</w:t>
            </w:r>
          </w:p>
          <w:p w14:paraId="7CF33A25" w14:textId="77777777" w:rsidR="00664FBD" w:rsidRDefault="00664FBD" w:rsidP="003D28FF">
            <w:pPr>
              <w:keepNext/>
            </w:pPr>
            <w:r w:rsidRPr="00B86B80">
              <w:rPr>
                <w:b/>
                <w:lang w:val="ro-RO"/>
              </w:rPr>
              <w:t>E-mail: relatiipublice@primarie3.ro</w:t>
            </w:r>
          </w:p>
          <w:p w14:paraId="1A0AA4EA" w14:textId="77777777" w:rsidR="00664FBD" w:rsidRDefault="00664FBD" w:rsidP="003D28FF">
            <w:pPr>
              <w:keepNext/>
            </w:pPr>
          </w:p>
        </w:tc>
      </w:tr>
      <w:tr w:rsidR="00664FBD" w14:paraId="73E58C7B" w14:textId="77777777" w:rsidTr="00664FBD">
        <w:trPr>
          <w:cantSplit/>
          <w:trHeight w:val="323"/>
        </w:trPr>
        <w:tc>
          <w:tcPr>
            <w:tcW w:w="1606" w:type="dxa"/>
            <w:vMerge/>
          </w:tcPr>
          <w:p w14:paraId="3E5643D2" w14:textId="77777777" w:rsidR="00664FBD" w:rsidRDefault="00664FBD" w:rsidP="003D28FF"/>
        </w:tc>
        <w:tc>
          <w:tcPr>
            <w:tcW w:w="4818" w:type="dxa"/>
            <w:gridSpan w:val="2"/>
          </w:tcPr>
          <w:p w14:paraId="0E749B7F" w14:textId="77777777" w:rsidR="00664FBD" w:rsidRDefault="00664FBD" w:rsidP="003D28FF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A7E0033" w14:textId="77777777" w:rsidR="00664FBD" w:rsidRDefault="00664FBD" w:rsidP="003D28FF"/>
        </w:tc>
        <w:tc>
          <w:tcPr>
            <w:tcW w:w="3212" w:type="dxa"/>
          </w:tcPr>
          <w:p w14:paraId="3EDA6CAF" w14:textId="77777777" w:rsidR="00664FBD" w:rsidRDefault="00664FBD" w:rsidP="003D28FF">
            <w:r>
              <w:rPr>
                <w:b/>
                <w:color w:val="0D5F78"/>
              </w:rPr>
              <w:t>Data</w:t>
            </w:r>
          </w:p>
          <w:p w14:paraId="5C884C57" w14:textId="77777777" w:rsidR="00664FBD" w:rsidRDefault="00664FBD" w:rsidP="003D28FF"/>
        </w:tc>
      </w:tr>
    </w:tbl>
    <w:p w14:paraId="0E0F6F3E" w14:textId="77777777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>
        <w:trPr>
          <w:cantSplit/>
          <w:trHeight w:val="510"/>
        </w:trPr>
        <w:tc>
          <w:tcPr>
            <w:tcW w:w="9636" w:type="dxa"/>
          </w:tcPr>
          <w:p w14:paraId="494758A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121E520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sector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5FD545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</w:tr>
      <w:tr w:rsidR="00945CC5" w:rsidRPr="004E6AFA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proofErr w:type="spellStart"/>
            <w:r>
              <w:rPr>
                <w:b/>
                <w:color w:val="0D5F78"/>
              </w:rPr>
              <w:t>Termen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011D41E2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sdt>
              <w:sdtPr>
                <w:rPr>
                  <w:sz w:val="16"/>
                </w:rPr>
                <w:id w:val="-1881923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FBD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</w:t>
            </w:r>
            <w:sdt>
              <w:sdtPr>
                <w:rPr>
                  <w:sz w:val="16"/>
                </w:rPr>
                <w:id w:val="-458411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FBD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6B2675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D665FF3" w14:textId="77777777" w:rsidR="00945CC5" w:rsidRDefault="00945CC5">
            <w:pPr>
              <w:keepNext/>
            </w:pP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4479CF03" w:rsidR="00945CC5" w:rsidRDefault="00FA7758">
            <w:r>
              <w:rPr>
                <w:sz w:val="16"/>
              </w:rPr>
              <w:t xml:space="preserve"> </w:t>
            </w:r>
            <w:sdt>
              <w:sdtPr>
                <w:rPr>
                  <w:sz w:val="16"/>
                </w:rPr>
                <w:id w:val="66695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FBD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</w:t>
            </w:r>
            <w:sdt>
              <w:sdtPr>
                <w:rPr>
                  <w:sz w:val="16"/>
                </w:rPr>
                <w:id w:val="20746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FBD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2CA8E6A6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sdt>
              <w:sdtPr>
                <w:rPr>
                  <w:sz w:val="16"/>
                </w:rPr>
                <w:id w:val="56122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FBD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09D6ED91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sdt>
              <w:sdtPr>
                <w:rPr>
                  <w:sz w:val="16"/>
                </w:rPr>
                <w:id w:val="-1812557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FBD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CC 1 / NVP 1     </w:t>
            </w:r>
            <w:sdt>
              <w:sdtPr>
                <w:rPr>
                  <w:sz w:val="16"/>
                </w:rPr>
                <w:id w:val="521830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FBD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CC 2 / NVP 2     </w:t>
            </w:r>
            <w:sdt>
              <w:sdtPr>
                <w:rPr>
                  <w:sz w:val="16"/>
                </w:rPr>
                <w:id w:val="829017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FBD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CC 3 / NVP 3     </w:t>
            </w:r>
            <w:sdt>
              <w:sdtPr>
                <w:rPr>
                  <w:sz w:val="16"/>
                </w:rPr>
                <w:id w:val="-104960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FBD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Default="00945CC5"/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1E0E077C" w14:textId="77777777" w:rsidR="00945CC5" w:rsidRDefault="00945CC5"/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10AF05B" w:rsidR="00945CC5" w:rsidRPr="004E6AFA" w:rsidRDefault="00664FBD">
            <w:pPr>
              <w:keepNext/>
            </w:pPr>
            <w:sdt>
              <w:sdtPr>
                <w:rPr>
                  <w:sz w:val="16"/>
                </w:rPr>
                <w:id w:val="553669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FA7758" w:rsidRPr="004E6AFA">
              <w:rPr>
                <w:sz w:val="16"/>
              </w:rPr>
              <w:t xml:space="preserve"> a) </w:t>
            </w:r>
            <w:proofErr w:type="spellStart"/>
            <w:r w:rsidR="00FA7758" w:rsidRPr="004E6AFA">
              <w:rPr>
                <w:sz w:val="16"/>
              </w:rPr>
              <w:t>proiectul</w:t>
            </w:r>
            <w:proofErr w:type="spellEnd"/>
            <w:r w:rsidR="00FA7758" w:rsidRPr="004E6AFA">
              <w:rPr>
                <w:sz w:val="16"/>
              </w:rPr>
              <w:t xml:space="preserve"> </w:t>
            </w:r>
            <w:proofErr w:type="spellStart"/>
            <w:r w:rsidR="00FA7758" w:rsidRPr="004E6AFA">
              <w:rPr>
                <w:sz w:val="16"/>
              </w:rPr>
              <w:t>pentru</w:t>
            </w:r>
            <w:proofErr w:type="spellEnd"/>
            <w:r w:rsidR="00FA7758" w:rsidRPr="004E6AFA">
              <w:rPr>
                <w:sz w:val="16"/>
              </w:rPr>
              <w:t xml:space="preserve"> </w:t>
            </w:r>
            <w:proofErr w:type="spellStart"/>
            <w:r w:rsidR="00FA7758" w:rsidRPr="004E6AFA">
              <w:rPr>
                <w:sz w:val="16"/>
              </w:rPr>
              <w:t>autorizarea</w:t>
            </w:r>
            <w:proofErr w:type="spellEnd"/>
            <w:r w:rsidR="00FA7758" w:rsidRPr="004E6AFA">
              <w:rPr>
                <w:sz w:val="16"/>
              </w:rPr>
              <w:t xml:space="preserve"> </w:t>
            </w:r>
            <w:proofErr w:type="spellStart"/>
            <w:r w:rsidR="00FA7758" w:rsidRPr="004E6AFA">
              <w:rPr>
                <w:sz w:val="16"/>
              </w:rPr>
              <w:t>construirii</w:t>
            </w:r>
            <w:proofErr w:type="spellEnd"/>
            <w:r w:rsidR="00FA7758" w:rsidRPr="004E6AFA">
              <w:rPr>
                <w:sz w:val="16"/>
              </w:rPr>
              <w:t xml:space="preserve"> </w:t>
            </w:r>
            <w:proofErr w:type="spellStart"/>
            <w:r w:rsidR="00FA7758" w:rsidRPr="004E6AFA">
              <w:rPr>
                <w:sz w:val="16"/>
              </w:rPr>
              <w:t>actualizat</w:t>
            </w:r>
            <w:proofErr w:type="spellEnd"/>
            <w:r w:rsidR="00FA7758" w:rsidRPr="004E6AFA">
              <w:rPr>
                <w:sz w:val="16"/>
              </w:rPr>
              <w:t xml:space="preserve">, </w:t>
            </w:r>
            <w:proofErr w:type="spellStart"/>
            <w:r w:rsidR="00FA7758" w:rsidRPr="004E6AFA">
              <w:rPr>
                <w:sz w:val="16"/>
              </w:rPr>
              <w:t>cuprinzând</w:t>
            </w:r>
            <w:proofErr w:type="spellEnd"/>
            <w:r w:rsidR="00FA7758" w:rsidRPr="004E6AFA">
              <w:rPr>
                <w:sz w:val="16"/>
              </w:rPr>
              <w:t xml:space="preserve"> </w:t>
            </w:r>
            <w:proofErr w:type="spellStart"/>
            <w:r w:rsidR="00FA7758" w:rsidRPr="004E6AFA">
              <w:rPr>
                <w:sz w:val="16"/>
              </w:rPr>
              <w:t>modificările</w:t>
            </w:r>
            <w:proofErr w:type="spellEnd"/>
            <w:r w:rsidR="00FA7758" w:rsidRPr="004E6AFA">
              <w:rPr>
                <w:sz w:val="16"/>
              </w:rPr>
              <w:t xml:space="preserve"> de </w:t>
            </w:r>
            <w:proofErr w:type="spellStart"/>
            <w:r w:rsidR="00FA7758" w:rsidRPr="004E6AFA">
              <w:rPr>
                <w:sz w:val="16"/>
              </w:rPr>
              <w:t>temă</w:t>
            </w:r>
            <w:proofErr w:type="spellEnd"/>
            <w:r w:rsidR="00FA7758" w:rsidRPr="004E6AFA">
              <w:rPr>
                <w:sz w:val="16"/>
              </w:rPr>
              <w:t xml:space="preserve"> (2 </w:t>
            </w:r>
            <w:proofErr w:type="spellStart"/>
            <w:r w:rsidR="00FA7758" w:rsidRPr="004E6AFA">
              <w:rPr>
                <w:sz w:val="16"/>
              </w:rPr>
              <w:t>exemplare</w:t>
            </w:r>
            <w:proofErr w:type="spellEnd"/>
            <w:r w:rsidR="00FA7758" w:rsidRPr="004E6AFA">
              <w:rPr>
                <w:sz w:val="16"/>
              </w:rPr>
              <w:t xml:space="preserve"> </w:t>
            </w:r>
            <w:proofErr w:type="spellStart"/>
            <w:r w:rsidR="00FA7758"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</w:t>
            </w:r>
            <w:proofErr w:type="gramStart"/>
            <w:r w:rsidR="004E6AFA" w:rsidRPr="004E6AFA">
              <w:rPr>
                <w:sz w:val="16"/>
              </w:rPr>
              <w:t>a</w:t>
            </w:r>
            <w:proofErr w:type="gram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="00FA7758"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44F46B3B" w:rsidR="00945CC5" w:rsidRPr="003E706D" w:rsidRDefault="00664FBD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1373845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FA7758" w:rsidRPr="003E706D">
              <w:rPr>
                <w:sz w:val="16"/>
                <w:lang w:val="fr-FR"/>
              </w:rPr>
              <w:t xml:space="preserve"> b) </w:t>
            </w:r>
            <w:proofErr w:type="spellStart"/>
            <w:r w:rsidR="00FA7758" w:rsidRPr="003E706D">
              <w:rPr>
                <w:sz w:val="16"/>
                <w:lang w:val="fr-FR"/>
              </w:rPr>
              <w:t>referatele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="00FA7758" w:rsidRPr="003E706D">
              <w:rPr>
                <w:sz w:val="16"/>
                <w:lang w:val="fr-FR"/>
              </w:rPr>
              <w:t>verificare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="00FA7758" w:rsidRPr="003E706D">
              <w:rPr>
                <w:sz w:val="16"/>
                <w:lang w:val="fr-FR"/>
              </w:rPr>
              <w:t>ale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="00FA7758" w:rsidRPr="003E706D">
              <w:rPr>
                <w:sz w:val="16"/>
                <w:lang w:val="fr-FR"/>
              </w:rPr>
              <w:t>proiectului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="00FA7758" w:rsidRPr="003E706D">
              <w:rPr>
                <w:sz w:val="16"/>
                <w:lang w:val="fr-FR"/>
              </w:rPr>
              <w:t>actualizat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="00FA7758" w:rsidRPr="003E706D">
              <w:rPr>
                <w:sz w:val="16"/>
                <w:lang w:val="fr-FR"/>
              </w:rPr>
              <w:t>corespunzător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="00FA7758" w:rsidRPr="003E706D">
              <w:rPr>
                <w:sz w:val="16"/>
                <w:lang w:val="fr-FR"/>
              </w:rPr>
              <w:t>clasei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="00FA7758" w:rsidRPr="003E706D">
              <w:rPr>
                <w:sz w:val="16"/>
                <w:lang w:val="fr-FR"/>
              </w:rPr>
              <w:t>consecințe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="00FA7758" w:rsidRPr="003E706D">
              <w:rPr>
                <w:sz w:val="16"/>
                <w:lang w:val="fr-FR"/>
              </w:rPr>
              <w:t>obiectivului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="00FA7758" w:rsidRPr="003E706D">
              <w:rPr>
                <w:sz w:val="16"/>
                <w:lang w:val="fr-FR"/>
              </w:rPr>
              <w:t>câte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="00FA7758" w:rsidRPr="003E706D">
              <w:rPr>
                <w:sz w:val="16"/>
                <w:lang w:val="fr-FR"/>
              </w:rPr>
              <w:t>exemplar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copie)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37829FCE" w:rsidR="00945CC5" w:rsidRPr="003E706D" w:rsidRDefault="00664FBD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146825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FA7758" w:rsidRPr="003E706D">
              <w:rPr>
                <w:sz w:val="16"/>
                <w:lang w:val="fr-FR"/>
              </w:rPr>
              <w:t xml:space="preserve"> c) documente </w:t>
            </w:r>
            <w:proofErr w:type="spellStart"/>
            <w:r w:rsidR="00FA7758" w:rsidRPr="003E706D">
              <w:rPr>
                <w:sz w:val="16"/>
                <w:lang w:val="fr-FR"/>
              </w:rPr>
              <w:t>emise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="00FA7758" w:rsidRPr="003E706D">
              <w:rPr>
                <w:sz w:val="16"/>
                <w:lang w:val="fr-FR"/>
              </w:rPr>
              <w:t>către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="00FA7758" w:rsidRPr="003E706D">
              <w:rPr>
                <w:sz w:val="16"/>
                <w:lang w:val="fr-FR"/>
              </w:rPr>
              <w:t>emitenții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="00FA7758" w:rsidRPr="003E706D">
              <w:rPr>
                <w:sz w:val="16"/>
                <w:lang w:val="fr-FR"/>
              </w:rPr>
              <w:t>avizelor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="00FA7758" w:rsidRPr="003E706D">
              <w:rPr>
                <w:sz w:val="16"/>
                <w:lang w:val="fr-FR"/>
              </w:rPr>
              <w:t>acordurilor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="00FA7758" w:rsidRPr="003E706D">
              <w:rPr>
                <w:sz w:val="16"/>
                <w:lang w:val="fr-FR"/>
              </w:rPr>
              <w:t>din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="00FA7758" w:rsidRPr="003E706D">
              <w:rPr>
                <w:sz w:val="16"/>
                <w:lang w:val="fr-FR"/>
              </w:rPr>
              <w:t>rezultă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="00FA7758" w:rsidRPr="003E706D">
              <w:rPr>
                <w:sz w:val="16"/>
                <w:lang w:val="fr-FR"/>
              </w:rPr>
              <w:t>că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="00FA7758" w:rsidRPr="003E706D">
              <w:rPr>
                <w:sz w:val="16"/>
                <w:lang w:val="fr-FR"/>
              </w:rPr>
              <w:t>modificările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="00FA7758" w:rsidRPr="003E706D">
              <w:rPr>
                <w:sz w:val="16"/>
                <w:lang w:val="fr-FR"/>
              </w:rPr>
              <w:t>temă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="00FA7758" w:rsidRPr="003E706D">
              <w:rPr>
                <w:sz w:val="16"/>
                <w:lang w:val="fr-FR"/>
              </w:rPr>
              <w:t>încadrează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="00FA7758" w:rsidRPr="003E706D">
              <w:rPr>
                <w:sz w:val="16"/>
                <w:lang w:val="fr-FR"/>
              </w:rPr>
              <w:t>în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="00FA7758" w:rsidRPr="003E706D">
              <w:rPr>
                <w:sz w:val="16"/>
                <w:lang w:val="fr-FR"/>
              </w:rPr>
              <w:t>limitele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="00FA7758" w:rsidRPr="003E706D">
              <w:rPr>
                <w:sz w:val="16"/>
                <w:lang w:val="fr-FR"/>
              </w:rPr>
              <w:t>avizelor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="00FA7758" w:rsidRPr="003E706D">
              <w:rPr>
                <w:sz w:val="16"/>
                <w:lang w:val="fr-FR"/>
              </w:rPr>
              <w:t>emise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="00FA7758" w:rsidRPr="003E706D">
              <w:rPr>
                <w:sz w:val="16"/>
                <w:lang w:val="fr-FR"/>
              </w:rPr>
              <w:t>inițial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="00FA7758" w:rsidRPr="003E706D">
              <w:rPr>
                <w:sz w:val="16"/>
                <w:lang w:val="fr-FR"/>
              </w:rPr>
              <w:t>câte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="00FA7758" w:rsidRPr="003E706D">
              <w:rPr>
                <w:sz w:val="16"/>
                <w:lang w:val="fr-FR"/>
              </w:rPr>
              <w:t>exemplar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copie</w:t>
            </w:r>
            <w:proofErr w:type="gramStart"/>
            <w:r w:rsidR="00FA7758" w:rsidRPr="003E706D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50BB2F0D" w:rsidR="00945CC5" w:rsidRPr="003E706D" w:rsidRDefault="00664FBD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497263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FA7758" w:rsidRPr="003E706D">
              <w:rPr>
                <w:sz w:val="16"/>
                <w:lang w:val="fr-FR"/>
              </w:rPr>
              <w:t xml:space="preserve"> d) </w:t>
            </w:r>
            <w:proofErr w:type="spellStart"/>
            <w:r w:rsidR="00FA7758" w:rsidRPr="003E706D">
              <w:rPr>
                <w:sz w:val="16"/>
                <w:lang w:val="fr-FR"/>
              </w:rPr>
              <w:t>autorizația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="00FA7758" w:rsidRPr="003E706D">
              <w:rPr>
                <w:sz w:val="16"/>
                <w:lang w:val="fr-FR"/>
              </w:rPr>
              <w:t>desființare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="00FA7758" w:rsidRPr="003E706D">
              <w:rPr>
                <w:sz w:val="16"/>
                <w:lang w:val="fr-FR"/>
              </w:rPr>
              <w:t>inițială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="00FA7758" w:rsidRPr="003E706D">
              <w:rPr>
                <w:sz w:val="16"/>
                <w:lang w:val="fr-FR"/>
              </w:rPr>
              <w:t>și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="00FA7758" w:rsidRPr="003E706D">
              <w:rPr>
                <w:sz w:val="16"/>
                <w:lang w:val="fr-FR"/>
              </w:rPr>
              <w:t>proiectul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="00FA7758" w:rsidRPr="003E706D">
              <w:rPr>
                <w:sz w:val="16"/>
                <w:lang w:val="fr-FR"/>
              </w:rPr>
              <w:t>vizat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="00FA7758" w:rsidRPr="003E706D">
              <w:rPr>
                <w:sz w:val="16"/>
                <w:lang w:val="fr-FR"/>
              </w:rPr>
              <w:t>spre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="00FA7758" w:rsidRPr="003E706D">
              <w:rPr>
                <w:sz w:val="16"/>
                <w:lang w:val="fr-FR"/>
              </w:rPr>
              <w:t>neschimbare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280BCA93" w:rsidR="004E6AFA" w:rsidRDefault="00664FBD">
            <w:pPr>
              <w:rPr>
                <w:sz w:val="16"/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1310858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FA7758" w:rsidRPr="003E706D">
              <w:rPr>
                <w:sz w:val="16"/>
                <w:lang w:val="fr-FR"/>
              </w:rPr>
              <w:t xml:space="preserve"> e) </w:t>
            </w:r>
            <w:proofErr w:type="spellStart"/>
            <w:r w:rsidR="00FA7758" w:rsidRPr="003E706D">
              <w:rPr>
                <w:sz w:val="16"/>
                <w:lang w:val="fr-FR"/>
              </w:rPr>
              <w:t>rapoartele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="00FA7758" w:rsidRPr="003E706D">
              <w:rPr>
                <w:sz w:val="16"/>
                <w:lang w:val="fr-FR"/>
              </w:rPr>
              <w:t>expertiză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="00FA7758" w:rsidRPr="003E706D">
              <w:rPr>
                <w:sz w:val="16"/>
                <w:lang w:val="fr-FR"/>
              </w:rPr>
              <w:t>tehnică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="00FA7758" w:rsidRPr="003E706D">
              <w:rPr>
                <w:sz w:val="16"/>
                <w:lang w:val="fr-FR"/>
              </w:rPr>
              <w:t>dacă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="00FA7758" w:rsidRPr="003E706D">
              <w:rPr>
                <w:sz w:val="16"/>
                <w:lang w:val="fr-FR"/>
              </w:rPr>
              <w:t>cazul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095AE891" w:rsidR="00945CC5" w:rsidRPr="003E706D" w:rsidRDefault="00664FBD">
            <w:pPr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814601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FA7758" w:rsidRPr="003E706D">
              <w:rPr>
                <w:sz w:val="16"/>
                <w:lang w:val="fr-FR"/>
              </w:rPr>
              <w:t xml:space="preserve"> f) </w:t>
            </w:r>
            <w:proofErr w:type="spellStart"/>
            <w:r w:rsidR="00FA7758" w:rsidRPr="003E706D">
              <w:rPr>
                <w:sz w:val="16"/>
                <w:lang w:val="fr-FR"/>
              </w:rPr>
              <w:t>documentele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="00FA7758" w:rsidRPr="003E706D">
              <w:rPr>
                <w:sz w:val="16"/>
                <w:lang w:val="fr-FR"/>
              </w:rPr>
              <w:t>plată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="00FA7758" w:rsidRPr="003E706D">
              <w:rPr>
                <w:sz w:val="16"/>
                <w:lang w:val="fr-FR"/>
              </w:rPr>
              <w:t>taxelor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="00FA7758" w:rsidRPr="003E706D">
              <w:rPr>
                <w:sz w:val="16"/>
                <w:lang w:val="fr-FR"/>
              </w:rPr>
              <w:t>legale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(</w:t>
            </w:r>
            <w:proofErr w:type="gramStart"/>
            <w:r w:rsidR="00FA7758" w:rsidRPr="003E706D">
              <w:rPr>
                <w:sz w:val="16"/>
                <w:lang w:val="fr-FR"/>
              </w:rPr>
              <w:t xml:space="preserve">copie)   </w:t>
            </w:r>
            <w:proofErr w:type="gramEnd"/>
            <w:r w:rsidR="00FA7758" w:rsidRPr="003E706D">
              <w:rPr>
                <w:sz w:val="16"/>
                <w:lang w:val="fr-FR"/>
              </w:rPr>
              <w:t xml:space="preserve">  </w:t>
            </w:r>
            <w:sdt>
              <w:sdtPr>
                <w:rPr>
                  <w:sz w:val="16"/>
                  <w:lang w:val="fr-FR"/>
                </w:rPr>
                <w:id w:val="1452201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FA7758" w:rsidRPr="003E706D">
              <w:rPr>
                <w:sz w:val="16"/>
                <w:lang w:val="fr-FR"/>
              </w:rPr>
              <w:t xml:space="preserve"> g) </w:t>
            </w:r>
            <w:proofErr w:type="spellStart"/>
            <w:r w:rsidR="00FA7758" w:rsidRPr="003E706D">
              <w:rPr>
                <w:sz w:val="16"/>
                <w:lang w:val="fr-FR"/>
              </w:rPr>
              <w:t>împuternicirea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="00FA7758" w:rsidRPr="003E706D">
              <w:rPr>
                <w:sz w:val="16"/>
                <w:lang w:val="fr-FR"/>
              </w:rPr>
              <w:t>dacă</w:t>
            </w:r>
            <w:proofErr w:type="spellEnd"/>
            <w:r w:rsidR="00FA7758"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="00FA7758"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 xml:space="preserve">(2) din </w:t>
            </w:r>
            <w:proofErr w:type="spellStart"/>
            <w:r>
              <w:rPr>
                <w:i/>
                <w:sz w:val="17"/>
              </w:rPr>
              <w:t>Lege</w:t>
            </w:r>
            <w:r w:rsidR="00A71320">
              <w:rPr>
                <w:i/>
                <w:sz w:val="17"/>
              </w:rPr>
              <w:t>a</w:t>
            </w:r>
            <w:proofErr w:type="spellEnd"/>
            <w:r w:rsidR="00A71320">
              <w:rPr>
                <w:i/>
                <w:sz w:val="17"/>
              </w:rPr>
              <w:t xml:space="preserve"> </w:t>
            </w:r>
            <w:r w:rsidR="00A71320" w:rsidRPr="00A71320">
              <w:rPr>
                <w:i/>
                <w:sz w:val="17"/>
              </w:rPr>
              <w:t>nr. 169/2026</w:t>
            </w:r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sectPr w:rsidR="00945CC5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6D0AFB" w14:textId="77777777" w:rsidR="001751B5" w:rsidRDefault="001751B5">
      <w:r>
        <w:separator/>
      </w:r>
    </w:p>
  </w:endnote>
  <w:endnote w:type="continuationSeparator" w:id="0">
    <w:p w14:paraId="3E7BBC4C" w14:textId="77777777" w:rsidR="001751B5" w:rsidRDefault="00175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70161" w14:textId="1BD49E66" w:rsidR="00945CC5" w:rsidRDefault="00FA7758">
    <w:pPr>
      <w:pStyle w:val="Footer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E706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E706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1CB74" w14:textId="77777777" w:rsidR="001751B5" w:rsidRDefault="001751B5">
      <w:r>
        <w:separator/>
      </w:r>
    </w:p>
  </w:footnote>
  <w:footnote w:type="continuationSeparator" w:id="0">
    <w:p w14:paraId="3F1FE078" w14:textId="77777777" w:rsidR="001751B5" w:rsidRDefault="001751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51B5"/>
    <w:rsid w:val="0029639D"/>
    <w:rsid w:val="002F7EE8"/>
    <w:rsid w:val="00326F90"/>
    <w:rsid w:val="003E706D"/>
    <w:rsid w:val="004E6AFA"/>
    <w:rsid w:val="00664FBD"/>
    <w:rsid w:val="006C103E"/>
    <w:rsid w:val="00945CC5"/>
    <w:rsid w:val="00A71320"/>
    <w:rsid w:val="00AA1D8D"/>
    <w:rsid w:val="00B47730"/>
    <w:rsid w:val="00CB0664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52CD70-57EB-4336-A3CE-DAB713843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Alexandru Maria</cp:lastModifiedBy>
  <cp:revision>2</cp:revision>
  <dcterms:created xsi:type="dcterms:W3CDTF">2013-12-23T23:15:00Z</dcterms:created>
  <dcterms:modified xsi:type="dcterms:W3CDTF">2026-09-11T07:29:00Z</dcterms:modified>
  <cp:category/>
</cp:coreProperties>
</file>