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656FD9" w14:paraId="5E872D8D" w14:textId="77777777" w:rsidTr="003D28FF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AF199F5" w14:textId="77777777" w:rsidR="00656FD9" w:rsidRDefault="00656FD9" w:rsidP="003D28FF">
            <w:pPr>
              <w:keepNext/>
              <w:jc w:val="center"/>
            </w:pPr>
            <w:r>
              <w:rPr>
                <w:b/>
                <w:noProof/>
                <w:color w:val="0D5F78"/>
              </w:rPr>
              <w:drawing>
                <wp:inline distT="0" distB="0" distL="0" distR="0" wp14:anchorId="35673134" wp14:editId="52D767D7">
                  <wp:extent cx="683288" cy="1101196"/>
                  <wp:effectExtent l="0" t="0" r="254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734" cy="1163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31AC16B5" w14:textId="77777777" w:rsidR="00656FD9" w:rsidRDefault="00656FD9" w:rsidP="003D28FF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1EFFB44" w14:textId="77777777" w:rsidR="00656FD9" w:rsidRDefault="00656FD9" w:rsidP="003D28FF">
            <w:pPr>
              <w:keepNext/>
            </w:pPr>
            <w:r w:rsidRPr="00B86B80">
              <w:rPr>
                <w:b/>
              </w:rPr>
              <w:t>MUNICIPIUL BUCUREȘTI</w:t>
            </w:r>
          </w:p>
        </w:tc>
      </w:tr>
      <w:tr w:rsidR="00656FD9" w14:paraId="0F3AB225" w14:textId="77777777" w:rsidTr="003D28FF">
        <w:trPr>
          <w:cantSplit/>
          <w:trHeight w:val="510"/>
        </w:trPr>
        <w:tc>
          <w:tcPr>
            <w:tcW w:w="1606" w:type="dxa"/>
            <w:vMerge/>
          </w:tcPr>
          <w:p w14:paraId="02EB6FDD" w14:textId="77777777" w:rsidR="00656FD9" w:rsidRDefault="00656FD9" w:rsidP="003D28FF"/>
        </w:tc>
        <w:tc>
          <w:tcPr>
            <w:tcW w:w="8030" w:type="dxa"/>
            <w:gridSpan w:val="3"/>
          </w:tcPr>
          <w:p w14:paraId="1D2F2B82" w14:textId="77777777" w:rsidR="00656FD9" w:rsidRDefault="00656FD9" w:rsidP="003D28FF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35A4D2E0" w14:textId="77777777" w:rsidR="00656FD9" w:rsidRDefault="00656FD9" w:rsidP="003D28FF">
            <w:pPr>
              <w:keepNext/>
            </w:pPr>
            <w:r w:rsidRPr="00B86B80">
              <w:rPr>
                <w:b/>
                <w:bCs/>
                <w:szCs w:val="15"/>
              </w:rPr>
              <w:t>SECTORUL 3 AL MUNICIPIULUI BUCUREȘTI</w:t>
            </w:r>
          </w:p>
        </w:tc>
      </w:tr>
      <w:tr w:rsidR="00656FD9" w14:paraId="2CCAB90A" w14:textId="77777777" w:rsidTr="003D28FF">
        <w:trPr>
          <w:cantSplit/>
          <w:trHeight w:val="510"/>
        </w:trPr>
        <w:tc>
          <w:tcPr>
            <w:tcW w:w="1606" w:type="dxa"/>
            <w:vMerge/>
          </w:tcPr>
          <w:p w14:paraId="59D0F5F4" w14:textId="77777777" w:rsidR="00656FD9" w:rsidRDefault="00656FD9" w:rsidP="003D28FF"/>
        </w:tc>
        <w:tc>
          <w:tcPr>
            <w:tcW w:w="2409" w:type="dxa"/>
          </w:tcPr>
          <w:p w14:paraId="40787A8A" w14:textId="77777777" w:rsidR="00656FD9" w:rsidRPr="00D20322" w:rsidRDefault="00656FD9" w:rsidP="003D28FF">
            <w:pPr>
              <w:keepNext/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(CIF)</w:t>
            </w:r>
          </w:p>
          <w:p w14:paraId="6901E55C" w14:textId="77777777" w:rsidR="00656FD9" w:rsidRPr="00D20322" w:rsidRDefault="00656FD9" w:rsidP="003D28FF">
            <w:pPr>
              <w:keepNext/>
              <w:rPr>
                <w:lang w:val="fr-FR"/>
              </w:rPr>
            </w:pPr>
            <w:r w:rsidRPr="00B86B80">
              <w:rPr>
                <w:b/>
                <w:lang w:val="fr-FR"/>
              </w:rPr>
              <w:t>4420465</w:t>
            </w:r>
          </w:p>
        </w:tc>
        <w:tc>
          <w:tcPr>
            <w:tcW w:w="5621" w:type="dxa"/>
            <w:gridSpan w:val="2"/>
          </w:tcPr>
          <w:p w14:paraId="08C8E37A" w14:textId="77777777" w:rsidR="00656FD9" w:rsidRDefault="00656FD9" w:rsidP="003D28FF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1DCB65C3" w14:textId="77777777" w:rsidR="00656FD9" w:rsidRPr="00B86B80" w:rsidRDefault="00656FD9" w:rsidP="003D28FF">
            <w:pPr>
              <w:keepNext/>
              <w:rPr>
                <w:b/>
                <w:lang w:val="ro-RO"/>
              </w:rPr>
            </w:pPr>
            <w:r w:rsidRPr="00B86B80">
              <w:rPr>
                <w:b/>
                <w:lang w:val="ro-RO"/>
              </w:rPr>
              <w:t>Bulevardul Basarabia nr. 256, Sector 3, București</w:t>
            </w:r>
          </w:p>
          <w:p w14:paraId="1F0BA449" w14:textId="77777777" w:rsidR="00656FD9" w:rsidRPr="00B86B80" w:rsidRDefault="00656FD9" w:rsidP="003D28FF">
            <w:pPr>
              <w:keepNext/>
              <w:rPr>
                <w:b/>
                <w:lang w:val="ro-RO"/>
              </w:rPr>
            </w:pPr>
            <w:r w:rsidRPr="00B86B80">
              <w:rPr>
                <w:b/>
                <w:lang w:val="ro-RO"/>
              </w:rPr>
              <w:t>Telefon: 021.318.03.23; Fax: 021.318.03.04</w:t>
            </w:r>
          </w:p>
          <w:p w14:paraId="1CAA5213" w14:textId="77777777" w:rsidR="00656FD9" w:rsidRDefault="00656FD9" w:rsidP="003D28FF">
            <w:pPr>
              <w:keepNext/>
            </w:pPr>
            <w:r w:rsidRPr="00B86B80">
              <w:rPr>
                <w:b/>
                <w:lang w:val="ro-RO"/>
              </w:rPr>
              <w:t>E-mail: relatiipublice@primarie3.ro</w:t>
            </w:r>
          </w:p>
          <w:p w14:paraId="4D1B564D" w14:textId="77777777" w:rsidR="00656FD9" w:rsidRDefault="00656FD9" w:rsidP="003D28FF">
            <w:pPr>
              <w:keepNext/>
            </w:pPr>
          </w:p>
        </w:tc>
      </w:tr>
      <w:tr w:rsidR="00656FD9" w14:paraId="7CD93F88" w14:textId="77777777" w:rsidTr="00656FD9">
        <w:trPr>
          <w:cantSplit/>
          <w:trHeight w:val="323"/>
        </w:trPr>
        <w:tc>
          <w:tcPr>
            <w:tcW w:w="1606" w:type="dxa"/>
            <w:vMerge/>
          </w:tcPr>
          <w:p w14:paraId="78299224" w14:textId="77777777" w:rsidR="00656FD9" w:rsidRDefault="00656FD9" w:rsidP="003D28FF"/>
        </w:tc>
        <w:tc>
          <w:tcPr>
            <w:tcW w:w="4818" w:type="dxa"/>
            <w:gridSpan w:val="2"/>
          </w:tcPr>
          <w:p w14:paraId="6DD8634A" w14:textId="77777777" w:rsidR="00656FD9" w:rsidRDefault="00656FD9" w:rsidP="003D28FF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1660399" w14:textId="77777777" w:rsidR="00656FD9" w:rsidRDefault="00656FD9" w:rsidP="003D28FF"/>
        </w:tc>
        <w:tc>
          <w:tcPr>
            <w:tcW w:w="3212" w:type="dxa"/>
          </w:tcPr>
          <w:p w14:paraId="61A4C5D8" w14:textId="77777777" w:rsidR="00656FD9" w:rsidRDefault="00656FD9" w:rsidP="003D28FF">
            <w:r>
              <w:rPr>
                <w:b/>
                <w:color w:val="0D5F78"/>
              </w:rPr>
              <w:t>Data</w:t>
            </w:r>
          </w:p>
          <w:p w14:paraId="0946D154" w14:textId="77777777" w:rsidR="00656FD9" w:rsidRDefault="00656FD9" w:rsidP="003D28FF"/>
        </w:tc>
      </w:tr>
    </w:tbl>
    <w:p w14:paraId="2FA5FB23" w14:textId="77777777" w:rsidR="007F7E84" w:rsidRPr="00243AD6" w:rsidRDefault="007F7E84">
      <w:pPr>
        <w:spacing w:line="168" w:lineRule="auto"/>
        <w:rPr>
          <w:lang w:val="fr-FR"/>
        </w:rPr>
      </w:pPr>
    </w:p>
    <w:p w14:paraId="0DA02E3B" w14:textId="77777777" w:rsidR="007F7E84" w:rsidRDefault="00A01394">
      <w:pPr>
        <w:spacing w:before="140" w:after="40"/>
        <w:jc w:val="center"/>
      </w:pPr>
      <w:r>
        <w:rPr>
          <w:b/>
          <w:sz w:val="34"/>
        </w:rPr>
        <w:t>CERERE</w:t>
      </w:r>
    </w:p>
    <w:p w14:paraId="6D7AC252" w14:textId="77777777" w:rsidR="007F7E84" w:rsidRDefault="007F7E8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055C8110" w14:textId="77777777">
        <w:trPr>
          <w:cantSplit/>
        </w:trPr>
        <w:tc>
          <w:tcPr>
            <w:tcW w:w="9636" w:type="dxa"/>
            <w:shd w:val="clear" w:color="auto" w:fill="F4F4F4"/>
          </w:tcPr>
          <w:p w14:paraId="197DACD7" w14:textId="77777777" w:rsidR="007F7E84" w:rsidRDefault="00A01394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F7E84" w:rsidRPr="00505208" w14:paraId="312FDBCD" w14:textId="77777777">
        <w:trPr>
          <w:cantSplit/>
          <w:trHeight w:val="510"/>
        </w:trPr>
        <w:tc>
          <w:tcPr>
            <w:tcW w:w="9636" w:type="dxa"/>
          </w:tcPr>
          <w:p w14:paraId="48CFE4D4" w14:textId="77777777" w:rsidR="007F7E84" w:rsidRPr="00243AD6" w:rsidRDefault="00A01394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A8A84AF" w14:textId="77777777" w:rsidR="007F7E84" w:rsidRPr="00243AD6" w:rsidRDefault="00A01394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comunei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sector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F112E73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</w:tr>
      <w:tr w:rsidR="007F7E84" w:rsidRPr="00505208" w14:paraId="49FA6A50" w14:textId="77777777">
        <w:trPr>
          <w:cantSplit/>
        </w:trPr>
        <w:tc>
          <w:tcPr>
            <w:tcW w:w="9636" w:type="dxa"/>
            <w:shd w:val="clear" w:color="auto" w:fill="F4F4F4"/>
          </w:tcPr>
          <w:p w14:paraId="14102224" w14:textId="77777777" w:rsidR="007F7E84" w:rsidRPr="00243AD6" w:rsidRDefault="00A01394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lang w:val="fr-FR"/>
              </w:rPr>
              <w:t>Cererea</w:t>
            </w:r>
            <w:proofErr w:type="spellEnd"/>
            <w:r w:rsidRPr="00243AD6">
              <w:rPr>
                <w:lang w:val="fr-FR"/>
              </w:rPr>
              <w:t xml:space="preserve"> va fi </w:t>
            </w:r>
            <w:proofErr w:type="spellStart"/>
            <w:r w:rsidRPr="00243AD6">
              <w:rPr>
                <w:lang w:val="fr-FR"/>
              </w:rPr>
              <w:t>transmisă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către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președintele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consiliului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județean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general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de </w:t>
            </w:r>
            <w:proofErr w:type="spellStart"/>
            <w:r w:rsidRPr="00243AD6">
              <w:rPr>
                <w:lang w:val="fr-FR"/>
              </w:rPr>
              <w:t>sector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sau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municipiului</w:t>
            </w:r>
            <w:proofErr w:type="spellEnd"/>
            <w:r w:rsidRPr="00243AD6">
              <w:rPr>
                <w:lang w:val="fr-FR"/>
              </w:rPr>
              <w:t xml:space="preserve"> / </w:t>
            </w:r>
            <w:proofErr w:type="spellStart"/>
            <w:r w:rsidRPr="00243AD6">
              <w:rPr>
                <w:lang w:val="fr-FR"/>
              </w:rPr>
              <w:t>orașului</w:t>
            </w:r>
            <w:proofErr w:type="spellEnd"/>
            <w:r w:rsidRPr="00243AD6">
              <w:rPr>
                <w:lang w:val="fr-FR"/>
              </w:rPr>
              <w:t xml:space="preserve"> / </w:t>
            </w:r>
            <w:proofErr w:type="spellStart"/>
            <w:r w:rsidRPr="00243AD6">
              <w:rPr>
                <w:lang w:val="fr-FR"/>
              </w:rPr>
              <w:t>comune</w:t>
            </w:r>
            <w:r w:rsidRPr="00243AD6">
              <w:rPr>
                <w:lang w:val="fr-FR"/>
              </w:rPr>
              <w:t>i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după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caz</w:t>
            </w:r>
            <w:proofErr w:type="spellEnd"/>
            <w:r w:rsidRPr="00243AD6">
              <w:rPr>
                <w:lang w:val="fr-FR"/>
              </w:rPr>
              <w:t>.</w:t>
            </w:r>
          </w:p>
        </w:tc>
      </w:tr>
    </w:tbl>
    <w:p w14:paraId="26CD517C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F7E84" w14:paraId="19CFF21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DBBD465" w14:textId="77777777" w:rsidR="007F7E84" w:rsidRDefault="00A01394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F7E84" w14:paraId="52A7E1F8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9866C09" w14:textId="77777777" w:rsidR="007F7E84" w:rsidRDefault="00A01394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4EB8AC3" w14:textId="77777777" w:rsidR="007F7E84" w:rsidRDefault="007F7E84">
            <w:pPr>
              <w:keepNext/>
            </w:pPr>
          </w:p>
        </w:tc>
        <w:tc>
          <w:tcPr>
            <w:tcW w:w="4015" w:type="dxa"/>
            <w:gridSpan w:val="3"/>
          </w:tcPr>
          <w:p w14:paraId="2B370720" w14:textId="77777777" w:rsidR="007F7E84" w:rsidRDefault="00A01394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9191782" w14:textId="77777777" w:rsidR="007F7E84" w:rsidRDefault="007F7E84">
            <w:pPr>
              <w:keepNext/>
            </w:pPr>
          </w:p>
        </w:tc>
      </w:tr>
      <w:tr w:rsidR="007F7E84" w14:paraId="1D5BB24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94B7CC" w14:textId="77777777" w:rsidR="007F7E84" w:rsidRDefault="00A01394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7F7E84" w14:paraId="229F2206" w14:textId="77777777">
        <w:trPr>
          <w:cantSplit/>
          <w:trHeight w:val="510"/>
        </w:trPr>
        <w:tc>
          <w:tcPr>
            <w:tcW w:w="1606" w:type="dxa"/>
          </w:tcPr>
          <w:p w14:paraId="61D304DD" w14:textId="77777777" w:rsidR="007F7E84" w:rsidRDefault="00A01394">
            <w:pPr>
              <w:keepNext/>
            </w:pPr>
            <w:proofErr w:type="spellStart"/>
            <w:r>
              <w:rPr>
                <w:b/>
                <w:color w:val="0D5F78"/>
              </w:rPr>
              <w:t>Seria</w:t>
            </w:r>
            <w:proofErr w:type="spellEnd"/>
          </w:p>
          <w:p w14:paraId="776E7F87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651F57CD" w14:textId="77777777" w:rsidR="007F7E84" w:rsidRDefault="00A01394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7E7833C1" w14:textId="77777777" w:rsidR="007F7E84" w:rsidRDefault="007F7E84">
            <w:pPr>
              <w:keepNext/>
            </w:pPr>
          </w:p>
        </w:tc>
        <w:tc>
          <w:tcPr>
            <w:tcW w:w="4818" w:type="dxa"/>
            <w:gridSpan w:val="5"/>
          </w:tcPr>
          <w:p w14:paraId="64665C9C" w14:textId="77777777" w:rsidR="007F7E84" w:rsidRDefault="00A01394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45FBC349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667F8F99" w14:textId="77777777" w:rsidR="007F7E84" w:rsidRDefault="00A01394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6B4D6BE" w14:textId="77777777" w:rsidR="007F7E84" w:rsidRDefault="007F7E84">
            <w:pPr>
              <w:keepNext/>
            </w:pPr>
          </w:p>
        </w:tc>
      </w:tr>
      <w:tr w:rsidR="007F7E84" w14:paraId="7F0BAC5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DE90257" w14:textId="77777777" w:rsidR="007F7E84" w:rsidRDefault="00A01394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7F7E84" w14:paraId="7EB0CBB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DFF659" w14:textId="77777777" w:rsidR="007F7E84" w:rsidRDefault="00A01394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3FAA5B4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4"/>
          </w:tcPr>
          <w:p w14:paraId="11B39720" w14:textId="77777777" w:rsidR="007F7E84" w:rsidRDefault="00A01394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1B96AF6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31492C05" w14:textId="77777777" w:rsidR="007F7E84" w:rsidRDefault="00A01394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5F2A8EAF" w14:textId="77777777" w:rsidR="007F7E84" w:rsidRDefault="007F7E84">
            <w:pPr>
              <w:keepNext/>
            </w:pPr>
          </w:p>
        </w:tc>
      </w:tr>
      <w:tr w:rsidR="007F7E84" w14:paraId="05FD705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849DF2" w14:textId="77777777" w:rsidR="007F7E84" w:rsidRDefault="00A01394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DAC4505" w14:textId="77777777" w:rsidR="007F7E84" w:rsidRDefault="007F7E84">
            <w:pPr>
              <w:keepNext/>
            </w:pPr>
            <w:bookmarkStart w:id="0" w:name="_GoBack"/>
            <w:bookmarkEnd w:id="0"/>
          </w:p>
        </w:tc>
        <w:tc>
          <w:tcPr>
            <w:tcW w:w="803" w:type="dxa"/>
          </w:tcPr>
          <w:p w14:paraId="54E0D789" w14:textId="77777777" w:rsidR="007F7E84" w:rsidRDefault="00A01394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0B99363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7A581707" w14:textId="77777777" w:rsidR="007F7E84" w:rsidRDefault="00A01394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784E1F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4259C85D" w14:textId="77777777" w:rsidR="007F7E84" w:rsidRDefault="00A01394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9686E1B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0654BEE1" w14:textId="77777777" w:rsidR="007F7E84" w:rsidRDefault="00A01394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7C2B72A2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29D9BA32" w14:textId="77777777" w:rsidR="007F7E84" w:rsidRDefault="00A01394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0C8E80F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567B3D66" w14:textId="77777777" w:rsidR="007F7E84" w:rsidRDefault="00A01394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50EF4380" w14:textId="77777777" w:rsidR="007F7E84" w:rsidRDefault="007F7E84">
            <w:pPr>
              <w:keepNext/>
            </w:pPr>
          </w:p>
        </w:tc>
      </w:tr>
      <w:tr w:rsidR="007F7E84" w14:paraId="368088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CBE0EB" w14:textId="77777777" w:rsidR="007F7E84" w:rsidRDefault="00A01394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F7E84" w14:paraId="0E1801D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BFC2E53" w14:textId="77777777" w:rsidR="007F7E84" w:rsidRDefault="00A01394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48A1E7D" w14:textId="77777777" w:rsidR="007F7E84" w:rsidRDefault="007F7E84">
            <w:pPr>
              <w:keepNext/>
            </w:pPr>
          </w:p>
        </w:tc>
        <w:tc>
          <w:tcPr>
            <w:tcW w:w="5621" w:type="dxa"/>
            <w:gridSpan w:val="5"/>
          </w:tcPr>
          <w:p w14:paraId="11C07076" w14:textId="77777777" w:rsidR="007F7E84" w:rsidRDefault="00A01394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EA72A8C" w14:textId="77777777" w:rsidR="007F7E84" w:rsidRDefault="007F7E84">
            <w:pPr>
              <w:keepNext/>
            </w:pPr>
          </w:p>
        </w:tc>
      </w:tr>
      <w:tr w:rsidR="007F7E84" w14:paraId="5D9688D0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0C86A7" w14:textId="77777777" w:rsidR="007F7E84" w:rsidRDefault="00A01394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7F7E84" w14:paraId="60ABE85B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30B6CB9" w14:textId="77777777" w:rsidR="007F7E84" w:rsidRDefault="00A01394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1856FB42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5BF1C4CD" w14:textId="77777777" w:rsidR="007F7E84" w:rsidRDefault="00A01394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6517E4A8" w14:textId="77777777" w:rsidR="007F7E84" w:rsidRDefault="007F7E84">
            <w:pPr>
              <w:keepNext/>
            </w:pPr>
          </w:p>
        </w:tc>
      </w:tr>
      <w:tr w:rsidR="007F7E84" w:rsidRPr="00505208" w14:paraId="4E3D7D48" w14:textId="77777777">
        <w:trPr>
          <w:cantSplit/>
        </w:trPr>
        <w:tc>
          <w:tcPr>
            <w:tcW w:w="9636" w:type="dxa"/>
            <w:gridSpan w:val="8"/>
          </w:tcPr>
          <w:p w14:paraId="3DFDD768" w14:textId="1D1A034A" w:rsidR="007F7E84" w:rsidRPr="00243AD6" w:rsidRDefault="00A01394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2084560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6FD9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243AD6">
              <w:rPr>
                <w:sz w:val="16"/>
                <w:lang w:val="fr-FR"/>
              </w:rPr>
              <w:t>titular</w:t>
            </w:r>
            <w:proofErr w:type="spellEnd"/>
            <w:proofErr w:type="gram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dreptului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proprietate</w:t>
            </w:r>
            <w:proofErr w:type="spellEnd"/>
            <w:r w:rsidRPr="00243AD6">
              <w:rPr>
                <w:sz w:val="16"/>
                <w:lang w:val="fr-FR"/>
              </w:rPr>
              <w:t xml:space="preserve">     </w:t>
            </w:r>
            <w:sdt>
              <w:sdtPr>
                <w:rPr>
                  <w:sz w:val="16"/>
                  <w:lang w:val="fr-FR"/>
                </w:rPr>
                <w:id w:val="2108313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6FD9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împuternicit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27FC1E75" w14:textId="77777777" w:rsidR="007F7E84" w:rsidRPr="00243AD6" w:rsidRDefault="007F7E84">
      <w:pPr>
        <w:spacing w:line="168" w:lineRule="auto"/>
        <w:rPr>
          <w:lang w:val="fr-FR"/>
        </w:rPr>
      </w:pPr>
    </w:p>
    <w:p w14:paraId="43AABD16" w14:textId="77777777" w:rsidR="007F7E84" w:rsidRPr="00243AD6" w:rsidRDefault="00A01394" w:rsidP="00243AD6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43AD6">
        <w:rPr>
          <w:sz w:val="18"/>
          <w:lang w:val="fr-FR"/>
        </w:rPr>
        <w:t>în</w:t>
      </w:r>
      <w:proofErr w:type="spellEnd"/>
      <w:proofErr w:type="gram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conformitate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cu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secțiunea</w:t>
      </w:r>
      <w:proofErr w:type="spellEnd"/>
      <w:r w:rsidRPr="00243AD6">
        <w:rPr>
          <w:sz w:val="18"/>
          <w:lang w:val="fr-FR"/>
        </w:rPr>
        <w:t xml:space="preserve"> a 4-a </w:t>
      </w:r>
      <w:proofErr w:type="spellStart"/>
      <w:r w:rsidRPr="00243AD6">
        <w:rPr>
          <w:sz w:val="18"/>
          <w:lang w:val="fr-FR"/>
        </w:rPr>
        <w:t>din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Legea</w:t>
      </w:r>
      <w:proofErr w:type="spellEnd"/>
      <w:r w:rsidRPr="00243AD6">
        <w:rPr>
          <w:sz w:val="18"/>
          <w:lang w:val="fr-FR"/>
        </w:rPr>
        <w:t xml:space="preserve"> nr. 169/2026 </w:t>
      </w:r>
      <w:proofErr w:type="spellStart"/>
      <w:r w:rsidRPr="00243AD6">
        <w:rPr>
          <w:sz w:val="18"/>
          <w:lang w:val="fr-FR"/>
        </w:rPr>
        <w:t>privind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Codul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amenajării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teritoriului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urbanismului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și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construcțiilor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în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temeiul</w:t>
      </w:r>
      <w:proofErr w:type="spellEnd"/>
      <w:r w:rsidRPr="00243AD6">
        <w:rPr>
          <w:sz w:val="18"/>
          <w:lang w:val="fr-FR"/>
        </w:rPr>
        <w:t xml:space="preserve"> art. 301, </w:t>
      </w:r>
      <w:proofErr w:type="spellStart"/>
      <w:r w:rsidRPr="00243AD6">
        <w:rPr>
          <w:sz w:val="18"/>
          <w:lang w:val="fr-FR"/>
        </w:rPr>
        <w:t>solicit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emiterea</w:t>
      </w:r>
      <w:proofErr w:type="spellEnd"/>
    </w:p>
    <w:p w14:paraId="04BB4E9A" w14:textId="77777777" w:rsidR="007F7E84" w:rsidRDefault="00A01394">
      <w:pPr>
        <w:spacing w:after="160"/>
        <w:jc w:val="center"/>
      </w:pPr>
      <w:r>
        <w:rPr>
          <w:b/>
          <w:sz w:val="20"/>
        </w:rPr>
        <w:t>AUTORIZAȚIEI DE REGULARIZARE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7F7E84" w14:paraId="778BF291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0C31867" w14:textId="77777777" w:rsidR="007F7E84" w:rsidRDefault="00A01394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7F7E84" w14:paraId="5C043146" w14:textId="77777777">
        <w:trPr>
          <w:cantSplit/>
        </w:trPr>
        <w:tc>
          <w:tcPr>
            <w:tcW w:w="9636" w:type="dxa"/>
            <w:gridSpan w:val="6"/>
          </w:tcPr>
          <w:p w14:paraId="4EE5ABFF" w14:textId="148A8F4E" w:rsidR="007F7E84" w:rsidRDefault="00A01394">
            <w:pPr>
              <w:keepNext/>
            </w:pPr>
            <w:r>
              <w:rPr>
                <w:sz w:val="16"/>
              </w:rPr>
              <w:t xml:space="preserve"> </w:t>
            </w:r>
            <w:sdt>
              <w:sdtPr>
                <w:rPr>
                  <w:sz w:val="16"/>
                </w:rPr>
                <w:id w:val="-2031481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6FD9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</w:t>
            </w:r>
            <w:sdt>
              <w:sdtPr>
                <w:rPr>
                  <w:sz w:val="16"/>
                </w:rPr>
                <w:id w:val="249168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6FD9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7F7E84" w14:paraId="0166EE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7E329E4" w14:textId="77777777" w:rsidR="007F7E84" w:rsidRDefault="00A01394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0CAD30A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100EFDDA" w14:textId="77777777" w:rsidR="007F7E84" w:rsidRDefault="00A01394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2D5828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289BC6B5" w14:textId="77777777" w:rsidR="007F7E84" w:rsidRDefault="00A01394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B22CEDD" w14:textId="77777777" w:rsidR="007F7E84" w:rsidRDefault="007F7E84">
            <w:pPr>
              <w:keepNext/>
            </w:pPr>
          </w:p>
        </w:tc>
      </w:tr>
      <w:tr w:rsidR="007F7E84" w14:paraId="313FABC9" w14:textId="77777777">
        <w:trPr>
          <w:cantSplit/>
          <w:trHeight w:val="510"/>
        </w:trPr>
        <w:tc>
          <w:tcPr>
            <w:tcW w:w="1606" w:type="dxa"/>
          </w:tcPr>
          <w:p w14:paraId="64DB1B4C" w14:textId="77777777" w:rsidR="007F7E84" w:rsidRDefault="00A01394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44B31EA8" w14:textId="77777777" w:rsidR="007F7E84" w:rsidRDefault="007F7E84">
            <w:pPr>
              <w:keepNext/>
            </w:pPr>
          </w:p>
        </w:tc>
        <w:tc>
          <w:tcPr>
            <w:tcW w:w="4818" w:type="dxa"/>
            <w:gridSpan w:val="3"/>
          </w:tcPr>
          <w:p w14:paraId="26ABF57D" w14:textId="77777777" w:rsidR="007F7E84" w:rsidRDefault="00A01394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DF589D0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3FB4BC64" w14:textId="77777777" w:rsidR="007F7E84" w:rsidRDefault="00A01394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3AC1B47" w14:textId="77777777" w:rsidR="007F7E84" w:rsidRDefault="007F7E84">
            <w:pPr>
              <w:keepNext/>
            </w:pPr>
          </w:p>
        </w:tc>
        <w:tc>
          <w:tcPr>
            <w:tcW w:w="2409" w:type="dxa"/>
          </w:tcPr>
          <w:p w14:paraId="4C9F2931" w14:textId="77777777" w:rsidR="007F7E84" w:rsidRDefault="00A01394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0FC11B3" w14:textId="77777777" w:rsidR="007F7E84" w:rsidRDefault="007F7E84">
            <w:pPr>
              <w:keepNext/>
            </w:pPr>
          </w:p>
        </w:tc>
      </w:tr>
      <w:tr w:rsidR="007F7E84" w14:paraId="4C28B057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72AE1ADA" w14:textId="77777777" w:rsidR="007F7E84" w:rsidRPr="00243AD6" w:rsidRDefault="00A01394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Număr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cadastral</w:t>
            </w:r>
          </w:p>
          <w:p w14:paraId="1C491F6C" w14:textId="77777777" w:rsidR="007F7E84" w:rsidRPr="00243AD6" w:rsidRDefault="00A01394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în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e-Terra</w:t>
            </w:r>
          </w:p>
          <w:p w14:paraId="3C474063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47DDAC1" w14:textId="77777777" w:rsidR="007F7E84" w:rsidRDefault="00A01394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B3DC7D9" w14:textId="77777777" w:rsidR="007F7E84" w:rsidRDefault="007F7E84">
            <w:pPr>
              <w:keepNext/>
            </w:pPr>
          </w:p>
        </w:tc>
      </w:tr>
      <w:tr w:rsidR="007F7E84" w14:paraId="70D49130" w14:textId="77777777">
        <w:trPr>
          <w:cantSplit/>
        </w:trPr>
        <w:tc>
          <w:tcPr>
            <w:tcW w:w="9636" w:type="dxa"/>
            <w:gridSpan w:val="6"/>
          </w:tcPr>
          <w:p w14:paraId="5001D1A5" w14:textId="77777777" w:rsidR="007F7E84" w:rsidRDefault="00A01394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2335E80A" w14:textId="1B6EA979" w:rsidR="007F7E84" w:rsidRDefault="007F7E84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148091AF" w14:textId="77777777">
        <w:trPr>
          <w:cantSplit/>
        </w:trPr>
        <w:tc>
          <w:tcPr>
            <w:tcW w:w="9636" w:type="dxa"/>
            <w:shd w:val="clear" w:color="auto" w:fill="F4F4F4"/>
          </w:tcPr>
          <w:p w14:paraId="66137BC8" w14:textId="77777777" w:rsidR="007F7E84" w:rsidRDefault="00A01394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SITUAȚIA CONSTRUCȚIEI</w:t>
            </w:r>
          </w:p>
        </w:tc>
      </w:tr>
      <w:tr w:rsidR="007F7E84" w:rsidRPr="00505208" w14:paraId="727F54F8" w14:textId="77777777">
        <w:trPr>
          <w:cantSplit/>
        </w:trPr>
        <w:tc>
          <w:tcPr>
            <w:tcW w:w="9636" w:type="dxa"/>
          </w:tcPr>
          <w:p w14:paraId="23619AE0" w14:textId="73BAAF8C" w:rsidR="007F7E84" w:rsidRPr="00243AD6" w:rsidRDefault="00A01394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-896659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6FD9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proofErr w:type="gramEnd"/>
            <w:r w:rsidRPr="00243AD6">
              <w:rPr>
                <w:sz w:val="16"/>
                <w:lang w:val="fr-FR"/>
              </w:rPr>
              <w:t xml:space="preserve"> FĂRĂ </w:t>
            </w:r>
            <w:proofErr w:type="spellStart"/>
            <w:r w:rsidRPr="00243AD6">
              <w:rPr>
                <w:sz w:val="16"/>
                <w:lang w:val="fr-FR"/>
              </w:rPr>
              <w:t>autorizație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     </w:t>
            </w:r>
            <w:sdt>
              <w:sdtPr>
                <w:rPr>
                  <w:sz w:val="16"/>
                  <w:lang w:val="fr-FR"/>
                </w:rPr>
                <w:id w:val="1497294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6FD9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CU NERESPECTAREA </w:t>
            </w:r>
            <w:proofErr w:type="spellStart"/>
            <w:r w:rsidRPr="00243AD6">
              <w:rPr>
                <w:sz w:val="16"/>
                <w:lang w:val="fr-FR"/>
              </w:rPr>
              <w:t>autorizației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</w:t>
            </w:r>
          </w:p>
        </w:tc>
      </w:tr>
      <w:tr w:rsidR="007F7E84" w:rsidRPr="00505208" w14:paraId="6A13FF02" w14:textId="77777777">
        <w:trPr>
          <w:cantSplit/>
          <w:trHeight w:val="510"/>
        </w:trPr>
        <w:tc>
          <w:tcPr>
            <w:tcW w:w="9636" w:type="dxa"/>
          </w:tcPr>
          <w:p w14:paraId="19EBA6E1" w14:textId="77777777" w:rsidR="007F7E84" w:rsidRPr="00243AD6" w:rsidRDefault="00A01394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Autorizația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nerespectată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nr. / data /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emitent</w:t>
            </w:r>
            <w:proofErr w:type="spellEnd"/>
          </w:p>
          <w:p w14:paraId="006DD817" w14:textId="77777777" w:rsidR="007F7E84" w:rsidRPr="00243AD6" w:rsidRDefault="00A01394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243AD6">
              <w:rPr>
                <w:i/>
                <w:color w:val="7A7A7A"/>
                <w:lang w:val="fr-FR"/>
              </w:rPr>
              <w:t xml:space="preserve"> este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cazul</w:t>
            </w:r>
            <w:proofErr w:type="spellEnd"/>
          </w:p>
          <w:p w14:paraId="11078F60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</w:tr>
      <w:tr w:rsidR="007F7E84" w14:paraId="36617DBD" w14:textId="77777777">
        <w:trPr>
          <w:cantSplit/>
        </w:trPr>
        <w:tc>
          <w:tcPr>
            <w:tcW w:w="9636" w:type="dxa"/>
            <w:shd w:val="clear" w:color="auto" w:fill="F4F4F4"/>
          </w:tcPr>
          <w:p w14:paraId="1C2AF0B8" w14:textId="77777777" w:rsidR="007F7E84" w:rsidRDefault="00A01394">
            <w:pPr>
              <w:keepNext/>
            </w:pP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Încadrarea</w:t>
            </w:r>
            <w:proofErr w:type="spellEnd"/>
            <w:r>
              <w:rPr>
                <w:sz w:val="16"/>
              </w:rPr>
              <w:t xml:space="preserve"> — art. 301, se </w:t>
            </w:r>
            <w:proofErr w:type="spellStart"/>
            <w:r>
              <w:rPr>
                <w:sz w:val="16"/>
              </w:rPr>
              <w:t>bifează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aplicabil</w:t>
            </w:r>
            <w:proofErr w:type="spellEnd"/>
          </w:p>
        </w:tc>
      </w:tr>
      <w:tr w:rsidR="007F7E84" w:rsidRPr="00505208" w14:paraId="05C2ADAA" w14:textId="77777777">
        <w:trPr>
          <w:cantSplit/>
        </w:trPr>
        <w:tc>
          <w:tcPr>
            <w:tcW w:w="9636" w:type="dxa"/>
          </w:tcPr>
          <w:p w14:paraId="55218CA8" w14:textId="134D84EA" w:rsidR="007F7E84" w:rsidRDefault="00656FD9">
            <w:sdt>
              <w:sdtPr>
                <w:rPr>
                  <w:sz w:val="16"/>
                </w:rPr>
                <w:id w:val="1042329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A01394">
              <w:rPr>
                <w:sz w:val="16"/>
              </w:rPr>
              <w:t xml:space="preserve"> </w:t>
            </w:r>
            <w:proofErr w:type="spellStart"/>
            <w:r w:rsidR="00A01394">
              <w:rPr>
                <w:sz w:val="16"/>
              </w:rPr>
              <w:t>alin</w:t>
            </w:r>
            <w:proofErr w:type="spellEnd"/>
            <w:r w:rsidR="00A01394">
              <w:rPr>
                <w:sz w:val="16"/>
              </w:rPr>
              <w:t xml:space="preserve">. (2) — </w:t>
            </w:r>
            <w:proofErr w:type="spellStart"/>
            <w:r w:rsidR="00A01394">
              <w:rPr>
                <w:sz w:val="16"/>
              </w:rPr>
              <w:t>locuință</w:t>
            </w:r>
            <w:proofErr w:type="spellEnd"/>
            <w:r w:rsidR="00A01394">
              <w:rPr>
                <w:sz w:val="16"/>
              </w:rPr>
              <w:t xml:space="preserve"> </w:t>
            </w:r>
            <w:proofErr w:type="spellStart"/>
            <w:r w:rsidR="00A01394">
              <w:rPr>
                <w:sz w:val="16"/>
              </w:rPr>
              <w:t>unifamilială</w:t>
            </w:r>
            <w:proofErr w:type="spellEnd"/>
            <w:r w:rsidR="00A01394">
              <w:rPr>
                <w:sz w:val="16"/>
              </w:rPr>
              <w:t xml:space="preserve">, </w:t>
            </w:r>
            <w:proofErr w:type="spellStart"/>
            <w:r w:rsidR="00A01394">
              <w:rPr>
                <w:sz w:val="16"/>
              </w:rPr>
              <w:t>suprafață</w:t>
            </w:r>
            <w:proofErr w:type="spellEnd"/>
            <w:r w:rsidR="00A01394">
              <w:rPr>
                <w:sz w:val="16"/>
              </w:rPr>
              <w:t xml:space="preserve"> </w:t>
            </w:r>
            <w:proofErr w:type="spellStart"/>
            <w:r w:rsidR="00A01394">
              <w:rPr>
                <w:sz w:val="16"/>
              </w:rPr>
              <w:t>construită</w:t>
            </w:r>
            <w:proofErr w:type="spellEnd"/>
            <w:r w:rsidR="00A01394">
              <w:rPr>
                <w:sz w:val="16"/>
              </w:rPr>
              <w:t xml:space="preserve"> </w:t>
            </w:r>
            <w:proofErr w:type="spellStart"/>
            <w:r w:rsidR="00A01394">
              <w:rPr>
                <w:sz w:val="16"/>
              </w:rPr>
              <w:t>desfășurată</w:t>
            </w:r>
            <w:proofErr w:type="spellEnd"/>
            <w:r w:rsidR="00A01394">
              <w:rPr>
                <w:sz w:val="16"/>
              </w:rPr>
              <w:t xml:space="preserve"> de </w:t>
            </w:r>
            <w:proofErr w:type="spellStart"/>
            <w:r w:rsidR="00A01394">
              <w:rPr>
                <w:sz w:val="16"/>
              </w:rPr>
              <w:t>cel</w:t>
            </w:r>
            <w:proofErr w:type="spellEnd"/>
            <w:r w:rsidR="00A01394">
              <w:rPr>
                <w:sz w:val="16"/>
              </w:rPr>
              <w:t xml:space="preserve"> </w:t>
            </w:r>
            <w:proofErr w:type="spellStart"/>
            <w:r w:rsidR="00A01394">
              <w:rPr>
                <w:sz w:val="16"/>
              </w:rPr>
              <w:t>mult</w:t>
            </w:r>
            <w:proofErr w:type="spellEnd"/>
            <w:r w:rsidR="00A01394">
              <w:rPr>
                <w:sz w:val="16"/>
              </w:rPr>
              <w:t xml:space="preserve"> 150 </w:t>
            </w:r>
            <w:proofErr w:type="spellStart"/>
            <w:r w:rsidR="00A01394">
              <w:rPr>
                <w:sz w:val="16"/>
              </w:rPr>
              <w:t>mp</w:t>
            </w:r>
            <w:proofErr w:type="spellEnd"/>
            <w:r w:rsidR="00A01394">
              <w:rPr>
                <w:sz w:val="16"/>
              </w:rPr>
              <w:t xml:space="preserve">, care nu </w:t>
            </w:r>
            <w:proofErr w:type="spellStart"/>
            <w:r w:rsidR="00A01394">
              <w:rPr>
                <w:sz w:val="16"/>
              </w:rPr>
              <w:t>este</w:t>
            </w:r>
            <w:proofErr w:type="spellEnd"/>
            <w:r w:rsidR="00A01394">
              <w:rPr>
                <w:sz w:val="16"/>
              </w:rPr>
              <w:t xml:space="preserve"> monument </w:t>
            </w:r>
            <w:proofErr w:type="spellStart"/>
            <w:r w:rsidR="00A01394">
              <w:rPr>
                <w:sz w:val="16"/>
              </w:rPr>
              <w:t>istoric</w:t>
            </w:r>
            <w:proofErr w:type="spellEnd"/>
          </w:p>
          <w:p w14:paraId="031DF070" w14:textId="0B976B56" w:rsidR="007F7E84" w:rsidRDefault="00656FD9">
            <w:sdt>
              <w:sdtPr>
                <w:rPr>
                  <w:sz w:val="16"/>
                </w:rPr>
                <w:id w:val="222877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A01394">
              <w:rPr>
                <w:sz w:val="16"/>
              </w:rPr>
              <w:t xml:space="preserve"> </w:t>
            </w:r>
            <w:proofErr w:type="spellStart"/>
            <w:r w:rsidR="00A01394">
              <w:rPr>
                <w:sz w:val="16"/>
              </w:rPr>
              <w:t>alin</w:t>
            </w:r>
            <w:proofErr w:type="spellEnd"/>
            <w:r w:rsidR="00A01394">
              <w:rPr>
                <w:sz w:val="16"/>
              </w:rPr>
              <w:t xml:space="preserve">. (2) — </w:t>
            </w:r>
            <w:proofErr w:type="spellStart"/>
            <w:r w:rsidR="00A01394">
              <w:rPr>
                <w:sz w:val="16"/>
              </w:rPr>
              <w:t>anexă</w:t>
            </w:r>
            <w:proofErr w:type="spellEnd"/>
            <w:r w:rsidR="00A01394">
              <w:rPr>
                <w:sz w:val="16"/>
              </w:rPr>
              <w:t xml:space="preserve"> a </w:t>
            </w:r>
            <w:proofErr w:type="spellStart"/>
            <w:r w:rsidR="00A01394">
              <w:rPr>
                <w:sz w:val="16"/>
              </w:rPr>
              <w:t>locuinței</w:t>
            </w:r>
            <w:proofErr w:type="spellEnd"/>
            <w:r w:rsidR="00A01394">
              <w:rPr>
                <w:sz w:val="16"/>
              </w:rPr>
              <w:t xml:space="preserve"> / </w:t>
            </w:r>
            <w:proofErr w:type="spellStart"/>
            <w:r w:rsidR="00A01394">
              <w:rPr>
                <w:sz w:val="16"/>
              </w:rPr>
              <w:t>gospodărească</w:t>
            </w:r>
            <w:proofErr w:type="spellEnd"/>
            <w:r w:rsidR="00A01394">
              <w:rPr>
                <w:sz w:val="16"/>
              </w:rPr>
              <w:t xml:space="preserve"> / a </w:t>
            </w:r>
            <w:proofErr w:type="spellStart"/>
            <w:r w:rsidR="00A01394">
              <w:rPr>
                <w:sz w:val="16"/>
              </w:rPr>
              <w:t>exploatației</w:t>
            </w:r>
            <w:proofErr w:type="spellEnd"/>
            <w:r w:rsidR="00A01394">
              <w:rPr>
                <w:sz w:val="16"/>
              </w:rPr>
              <w:t xml:space="preserve"> </w:t>
            </w:r>
            <w:proofErr w:type="spellStart"/>
            <w:r w:rsidR="00A01394">
              <w:rPr>
                <w:sz w:val="16"/>
              </w:rPr>
              <w:t>agricole</w:t>
            </w:r>
            <w:proofErr w:type="spellEnd"/>
            <w:r w:rsidR="00A01394">
              <w:rPr>
                <w:sz w:val="16"/>
              </w:rPr>
              <w:t xml:space="preserve">, de </w:t>
            </w:r>
            <w:proofErr w:type="spellStart"/>
            <w:r w:rsidR="00A01394">
              <w:rPr>
                <w:sz w:val="16"/>
              </w:rPr>
              <w:t>cel</w:t>
            </w:r>
            <w:proofErr w:type="spellEnd"/>
            <w:r w:rsidR="00A01394">
              <w:rPr>
                <w:sz w:val="16"/>
              </w:rPr>
              <w:t xml:space="preserve"> </w:t>
            </w:r>
            <w:proofErr w:type="spellStart"/>
            <w:r w:rsidR="00A01394">
              <w:rPr>
                <w:sz w:val="16"/>
              </w:rPr>
              <w:t>mult</w:t>
            </w:r>
            <w:proofErr w:type="spellEnd"/>
            <w:r w:rsidR="00A01394">
              <w:rPr>
                <w:sz w:val="16"/>
              </w:rPr>
              <w:t xml:space="preserve"> 150 </w:t>
            </w:r>
            <w:proofErr w:type="spellStart"/>
            <w:r w:rsidR="00A01394">
              <w:rPr>
                <w:sz w:val="16"/>
              </w:rPr>
              <w:t>mp</w:t>
            </w:r>
            <w:proofErr w:type="spellEnd"/>
          </w:p>
          <w:p w14:paraId="2E9D9F47" w14:textId="345F3232" w:rsidR="007F7E84" w:rsidRDefault="00656FD9">
            <w:sdt>
              <w:sdtPr>
                <w:rPr>
                  <w:sz w:val="16"/>
                </w:rPr>
                <w:id w:val="1348904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A01394">
              <w:rPr>
                <w:sz w:val="16"/>
              </w:rPr>
              <w:t xml:space="preserve"> </w:t>
            </w:r>
            <w:proofErr w:type="spellStart"/>
            <w:r w:rsidR="00A01394">
              <w:rPr>
                <w:sz w:val="16"/>
              </w:rPr>
              <w:t>alin</w:t>
            </w:r>
            <w:proofErr w:type="spellEnd"/>
            <w:r w:rsidR="00A01394">
              <w:rPr>
                <w:sz w:val="16"/>
              </w:rPr>
              <w:t xml:space="preserve">. (2) — </w:t>
            </w:r>
            <w:proofErr w:type="spellStart"/>
            <w:r w:rsidR="00A01394">
              <w:rPr>
                <w:sz w:val="16"/>
              </w:rPr>
              <w:t>lucrări</w:t>
            </w:r>
            <w:proofErr w:type="spellEnd"/>
            <w:r w:rsidR="00A01394">
              <w:rPr>
                <w:sz w:val="16"/>
              </w:rPr>
              <w:t xml:space="preserve"> de </w:t>
            </w:r>
            <w:proofErr w:type="spellStart"/>
            <w:r w:rsidR="00A01394">
              <w:rPr>
                <w:sz w:val="16"/>
              </w:rPr>
              <w:t>închidere</w:t>
            </w:r>
            <w:proofErr w:type="spellEnd"/>
            <w:r w:rsidR="00A01394">
              <w:rPr>
                <w:sz w:val="16"/>
              </w:rPr>
              <w:t xml:space="preserve"> a </w:t>
            </w:r>
            <w:proofErr w:type="spellStart"/>
            <w:r w:rsidR="00A01394">
              <w:rPr>
                <w:sz w:val="16"/>
              </w:rPr>
              <w:t>balcoanelor</w:t>
            </w:r>
            <w:proofErr w:type="spellEnd"/>
            <w:r w:rsidR="00A01394">
              <w:rPr>
                <w:sz w:val="16"/>
              </w:rPr>
              <w:t xml:space="preserve">, </w:t>
            </w:r>
            <w:proofErr w:type="spellStart"/>
            <w:r w:rsidR="00A01394">
              <w:rPr>
                <w:sz w:val="16"/>
              </w:rPr>
              <w:t>fără</w:t>
            </w:r>
            <w:proofErr w:type="spellEnd"/>
            <w:r w:rsidR="00A01394">
              <w:rPr>
                <w:sz w:val="16"/>
              </w:rPr>
              <w:t xml:space="preserve"> </w:t>
            </w:r>
            <w:proofErr w:type="spellStart"/>
            <w:r w:rsidR="00A01394">
              <w:rPr>
                <w:sz w:val="16"/>
              </w:rPr>
              <w:t>extindere</w:t>
            </w:r>
            <w:proofErr w:type="spellEnd"/>
            <w:r w:rsidR="00A01394">
              <w:rPr>
                <w:sz w:val="16"/>
              </w:rPr>
              <w:t xml:space="preserve"> </w:t>
            </w:r>
            <w:r w:rsidR="00A01394">
              <w:rPr>
                <w:sz w:val="16"/>
              </w:rPr>
              <w:t xml:space="preserve">pe </w:t>
            </w:r>
            <w:proofErr w:type="spellStart"/>
            <w:r w:rsidR="00A01394">
              <w:rPr>
                <w:sz w:val="16"/>
              </w:rPr>
              <w:t>domeniul</w:t>
            </w:r>
            <w:proofErr w:type="spellEnd"/>
            <w:r w:rsidR="00A01394">
              <w:rPr>
                <w:sz w:val="16"/>
              </w:rPr>
              <w:t xml:space="preserve"> public</w:t>
            </w:r>
          </w:p>
          <w:p w14:paraId="6FF42F2C" w14:textId="423DA0BC" w:rsidR="007F7E84" w:rsidRPr="00243AD6" w:rsidRDefault="00656FD9">
            <w:pPr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1544977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A01394" w:rsidRPr="00243AD6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="00A01394" w:rsidRPr="00243AD6">
              <w:rPr>
                <w:sz w:val="16"/>
                <w:lang w:val="fr-FR"/>
              </w:rPr>
              <w:t>alin</w:t>
            </w:r>
            <w:proofErr w:type="spellEnd"/>
            <w:proofErr w:type="gramEnd"/>
            <w:r w:rsidR="00A01394" w:rsidRPr="00243AD6">
              <w:rPr>
                <w:sz w:val="16"/>
                <w:lang w:val="fr-FR"/>
              </w:rPr>
              <w:t xml:space="preserve">. (7) — </w:t>
            </w:r>
            <w:proofErr w:type="spellStart"/>
            <w:r w:rsidR="00A01394" w:rsidRPr="00243AD6">
              <w:rPr>
                <w:sz w:val="16"/>
                <w:lang w:val="fr-FR"/>
              </w:rPr>
              <w:t>alte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="00A01394" w:rsidRPr="00243AD6">
              <w:rPr>
                <w:sz w:val="16"/>
                <w:lang w:val="fr-FR"/>
              </w:rPr>
              <w:t>categorii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="00A01394" w:rsidRPr="00243AD6">
              <w:rPr>
                <w:sz w:val="16"/>
                <w:lang w:val="fr-FR"/>
              </w:rPr>
              <w:t>în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="00A01394" w:rsidRPr="00243AD6">
              <w:rPr>
                <w:sz w:val="16"/>
                <w:lang w:val="fr-FR"/>
              </w:rPr>
              <w:t>termenul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="00A01394" w:rsidRPr="00243AD6">
              <w:rPr>
                <w:sz w:val="16"/>
                <w:lang w:val="fr-FR"/>
              </w:rPr>
              <w:t>excepție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="00A01394" w:rsidRPr="00243AD6">
              <w:rPr>
                <w:sz w:val="16"/>
                <w:lang w:val="fr-FR"/>
              </w:rPr>
              <w:t>cel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="00A01394" w:rsidRPr="00243AD6">
              <w:rPr>
                <w:sz w:val="16"/>
                <w:lang w:val="fr-FR"/>
              </w:rPr>
              <w:t>mult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1 an de la </w:t>
            </w:r>
            <w:proofErr w:type="spellStart"/>
            <w:r w:rsidR="00A01394" w:rsidRPr="00243AD6">
              <w:rPr>
                <w:sz w:val="16"/>
                <w:lang w:val="fr-FR"/>
              </w:rPr>
              <w:t>intrarea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="00A01394" w:rsidRPr="00243AD6">
              <w:rPr>
                <w:sz w:val="16"/>
                <w:lang w:val="fr-FR"/>
              </w:rPr>
              <w:t>în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="00A01394" w:rsidRPr="00243AD6">
              <w:rPr>
                <w:sz w:val="16"/>
                <w:lang w:val="fr-FR"/>
              </w:rPr>
              <w:t>vigoare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a </w:t>
            </w:r>
            <w:proofErr w:type="spellStart"/>
            <w:r w:rsidR="00A01394" w:rsidRPr="00243AD6">
              <w:rPr>
                <w:sz w:val="16"/>
                <w:lang w:val="fr-FR"/>
              </w:rPr>
              <w:t>Codului</w:t>
            </w:r>
            <w:proofErr w:type="spellEnd"/>
          </w:p>
        </w:tc>
      </w:tr>
    </w:tbl>
    <w:p w14:paraId="188CFDD8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7F7E84" w:rsidRPr="00505208" w14:paraId="4E1E6A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3F30BF3" w14:textId="24C30B52" w:rsidR="007F7E84" w:rsidRPr="00505208" w:rsidRDefault="00A01394">
            <w:pPr>
              <w:keepNext/>
              <w:rPr>
                <w:lang w:val="fr-FR"/>
              </w:rPr>
            </w:pPr>
            <w:r w:rsidRPr="00243AD6">
              <w:rPr>
                <w:b/>
                <w:sz w:val="16"/>
                <w:lang w:val="fr-FR"/>
              </w:rPr>
              <w:lastRenderedPageBreak/>
              <w:t xml:space="preserve"> </w:t>
            </w:r>
            <w:r w:rsidRPr="00505208">
              <w:rPr>
                <w:b/>
                <w:sz w:val="16"/>
                <w:lang w:val="fr-FR"/>
              </w:rPr>
              <w:t xml:space="preserve">6. </w:t>
            </w:r>
            <w:r w:rsidRPr="00505208">
              <w:rPr>
                <w:b/>
                <w:color w:val="000000"/>
                <w:sz w:val="18"/>
                <w:lang w:val="fr-FR"/>
              </w:rPr>
              <w:t>DOCUMENTAȚIA ȘI EXPERTIZAREA</w:t>
            </w:r>
            <w:r w:rsidR="00505208" w:rsidRPr="00505208">
              <w:rPr>
                <w:b/>
                <w:color w:val="000000"/>
                <w:sz w:val="18"/>
                <w:lang w:val="fr-FR"/>
              </w:rPr>
              <w:t xml:space="preserve"> TEHNICĂ PENTRU</w:t>
            </w:r>
            <w:r w:rsidR="00505208">
              <w:rPr>
                <w:b/>
                <w:color w:val="000000"/>
                <w:sz w:val="18"/>
                <w:lang w:val="fr-FR"/>
              </w:rPr>
              <w:t xml:space="preserve"> CERINȚELE FUNDAMNETALE</w:t>
            </w:r>
          </w:p>
        </w:tc>
      </w:tr>
      <w:tr w:rsidR="007F7E84" w14:paraId="7F2D4AE1" w14:textId="77777777">
        <w:trPr>
          <w:cantSplit/>
          <w:trHeight w:val="510"/>
        </w:trPr>
        <w:tc>
          <w:tcPr>
            <w:tcW w:w="2409" w:type="dxa"/>
          </w:tcPr>
          <w:p w14:paraId="7FDE2422" w14:textId="77777777" w:rsidR="007F7E84" w:rsidRDefault="00A01394">
            <w:pPr>
              <w:keepNext/>
            </w:pPr>
            <w:r>
              <w:rPr>
                <w:b/>
                <w:color w:val="0D5F78"/>
              </w:rPr>
              <w:t>P.A.C. nr. / data</w:t>
            </w:r>
          </w:p>
          <w:p w14:paraId="081D303B" w14:textId="77777777" w:rsidR="007F7E84" w:rsidRDefault="007F7E84">
            <w:pPr>
              <w:keepNext/>
            </w:pPr>
          </w:p>
        </w:tc>
        <w:tc>
          <w:tcPr>
            <w:tcW w:w="4015" w:type="dxa"/>
          </w:tcPr>
          <w:p w14:paraId="62CFEEEB" w14:textId="77777777" w:rsidR="007F7E84" w:rsidRDefault="00A01394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14:paraId="5E0DA302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4C33644F" w14:textId="77777777" w:rsidR="007F7E84" w:rsidRDefault="00A01394">
            <w:pPr>
              <w:keepNext/>
            </w:pPr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nr. </w:t>
            </w:r>
            <w:r>
              <w:rPr>
                <w:b/>
                <w:color w:val="0D5F78"/>
              </w:rPr>
              <w:t>TNA</w:t>
            </w:r>
          </w:p>
          <w:p w14:paraId="6A9C09B5" w14:textId="77777777" w:rsidR="007F7E84" w:rsidRDefault="007F7E84">
            <w:pPr>
              <w:keepNext/>
            </w:pPr>
          </w:p>
        </w:tc>
      </w:tr>
      <w:tr w:rsidR="007F7E84" w:rsidRPr="00243AD6" w14:paraId="6814C06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79E89AF" w14:textId="0689AB62" w:rsidR="007F7E84" w:rsidRPr="00243AD6" w:rsidRDefault="00A01394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pe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cerințele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7F7E84" w14:paraId="7814EEF7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7F27558F" w14:textId="77777777" w:rsidR="007F7E84" w:rsidRDefault="00A01394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stabilitate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230A5D17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5FA204DC" w14:textId="77777777" w:rsidR="007F7E84" w:rsidRDefault="00A01394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5A14D07" w14:textId="77777777" w:rsidR="007F7E84" w:rsidRDefault="007F7E84">
            <w:pPr>
              <w:keepNext/>
            </w:pPr>
          </w:p>
        </w:tc>
      </w:tr>
      <w:tr w:rsidR="007F7E84" w14:paraId="6D05B7AD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5620695F" w14:textId="77777777" w:rsidR="007F7E84" w:rsidRPr="00243AD6" w:rsidRDefault="00A01394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securitate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incendiu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de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3477543A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60E7126E" w14:textId="77777777" w:rsidR="007F7E84" w:rsidRDefault="00A01394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1BBAEC3E" w14:textId="77777777" w:rsidR="007F7E84" w:rsidRDefault="007F7E84">
            <w:pPr>
              <w:keepNext/>
            </w:pPr>
          </w:p>
        </w:tc>
      </w:tr>
      <w:tr w:rsidR="007F7E84" w14:paraId="2B2B5D1C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0F6447AF" w14:textId="77777777" w:rsidR="007F7E84" w:rsidRDefault="00A01394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151EC457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585F072F" w14:textId="77777777" w:rsidR="007F7E84" w:rsidRDefault="00A01394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50A37E26" w14:textId="77777777" w:rsidR="007F7E84" w:rsidRDefault="007F7E84">
            <w:pPr>
              <w:keepNext/>
            </w:pPr>
          </w:p>
        </w:tc>
      </w:tr>
      <w:tr w:rsidR="007F7E84" w14:paraId="4CAFB372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399FC4D4" w14:textId="77777777" w:rsidR="007F7E84" w:rsidRDefault="00A01394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414EC1B2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0569AADA" w14:textId="77777777" w:rsidR="007F7E84" w:rsidRDefault="00A01394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41CC10DD" w14:textId="77777777" w:rsidR="007F7E84" w:rsidRDefault="007F7E84">
            <w:pPr>
              <w:keepNext/>
            </w:pPr>
          </w:p>
        </w:tc>
      </w:tr>
      <w:tr w:rsidR="007F7E84" w14:paraId="0A8F9875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0B83E8FF" w14:textId="77777777" w:rsidR="007F7E84" w:rsidRPr="00243AD6" w:rsidRDefault="00A01394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protecție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împotriva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zgomotului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de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5E8E242D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0E0EAC44" w14:textId="77777777" w:rsidR="007F7E84" w:rsidRDefault="00A01394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3F35EFA" w14:textId="77777777" w:rsidR="007F7E84" w:rsidRDefault="007F7E84">
            <w:pPr>
              <w:keepNext/>
            </w:pPr>
          </w:p>
        </w:tc>
      </w:tr>
      <w:tr w:rsidR="007F7E84" w14:paraId="1B56CA45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41D868BE" w14:textId="77777777" w:rsidR="007F7E84" w:rsidRPr="00243AD6" w:rsidRDefault="00A01394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economie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energie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izolare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termică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de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26370942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286AE05A" w14:textId="77777777" w:rsidR="007F7E84" w:rsidRDefault="00A01394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272D9917" w14:textId="77777777" w:rsidR="007F7E84" w:rsidRDefault="007F7E84">
            <w:pPr>
              <w:keepNext/>
            </w:pPr>
          </w:p>
        </w:tc>
      </w:tr>
    </w:tbl>
    <w:p w14:paraId="41CCD39B" w14:textId="77777777" w:rsidR="007F7E84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505208" w:rsidRPr="00505208" w14:paraId="5E935AB6" w14:textId="77777777" w:rsidTr="00273B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9D0345" w14:textId="3AEF83BC" w:rsidR="00505208" w:rsidRPr="00505208" w:rsidRDefault="00505208" w:rsidP="00273B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7</w:t>
            </w:r>
            <w:r w:rsidRPr="00505208">
              <w:rPr>
                <w:b/>
                <w:sz w:val="16"/>
                <w:lang w:val="fr-FR"/>
              </w:rPr>
              <w:t xml:space="preserve">. </w:t>
            </w:r>
            <w:r w:rsidRPr="00505208">
              <w:rPr>
                <w:b/>
                <w:bCs/>
                <w:sz w:val="18"/>
                <w:szCs w:val="18"/>
                <w:lang w:val="fr-FR"/>
              </w:rPr>
              <w:t>RAPORT PRIVIND RESPECTAREA REGLEMENTARILOR URBANISTICE</w:t>
            </w:r>
            <w:r>
              <w:rPr>
                <w:b/>
                <w:bCs/>
                <w:sz w:val="18"/>
                <w:szCs w:val="18"/>
                <w:lang w:val="fr-FR"/>
              </w:rPr>
              <w:t>, DACĂ ESTE CAZUL</w:t>
            </w:r>
          </w:p>
        </w:tc>
      </w:tr>
      <w:tr w:rsidR="00505208" w14:paraId="39BDB772" w14:textId="77777777" w:rsidTr="00273B64">
        <w:trPr>
          <w:cantSplit/>
          <w:trHeight w:val="510"/>
        </w:trPr>
        <w:tc>
          <w:tcPr>
            <w:tcW w:w="2409" w:type="dxa"/>
          </w:tcPr>
          <w:p w14:paraId="45376674" w14:textId="77777777" w:rsidR="00505208" w:rsidRDefault="00505208" w:rsidP="00505208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14:paraId="20B5DC55" w14:textId="77777777" w:rsidR="00505208" w:rsidRDefault="00505208" w:rsidP="00505208">
            <w:pPr>
              <w:keepNext/>
            </w:pPr>
          </w:p>
        </w:tc>
        <w:tc>
          <w:tcPr>
            <w:tcW w:w="4015" w:type="dxa"/>
          </w:tcPr>
          <w:p w14:paraId="4281267D" w14:textId="77777777" w:rsidR="00505208" w:rsidRDefault="00505208" w:rsidP="00505208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4FCC2520" w14:textId="77777777" w:rsidR="00505208" w:rsidRDefault="00505208" w:rsidP="00505208">
            <w:pPr>
              <w:keepNext/>
            </w:pPr>
          </w:p>
        </w:tc>
        <w:tc>
          <w:tcPr>
            <w:tcW w:w="3212" w:type="dxa"/>
          </w:tcPr>
          <w:p w14:paraId="753CB3B7" w14:textId="6B74F72C" w:rsidR="00505208" w:rsidRDefault="00505208" w:rsidP="00505208">
            <w:pPr>
              <w:keepNext/>
            </w:pPr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0C4E7A7D" w14:textId="3C35C112" w:rsidR="00505208" w:rsidRDefault="00505208" w:rsidP="00505208">
            <w:pPr>
              <w:keepNext/>
            </w:pPr>
          </w:p>
        </w:tc>
      </w:tr>
    </w:tbl>
    <w:p w14:paraId="2627342D" w14:textId="77777777" w:rsidR="00505208" w:rsidRDefault="00505208">
      <w:pPr>
        <w:spacing w:line="168" w:lineRule="auto"/>
        <w:rPr>
          <w:lang w:val="fr-FR"/>
        </w:rPr>
      </w:pPr>
    </w:p>
    <w:p w14:paraId="09646C57" w14:textId="77777777" w:rsidR="00505208" w:rsidRPr="00243AD6" w:rsidRDefault="00505208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203198D1" w14:textId="77777777">
        <w:trPr>
          <w:cantSplit/>
        </w:trPr>
        <w:tc>
          <w:tcPr>
            <w:tcW w:w="9636" w:type="dxa"/>
            <w:shd w:val="clear" w:color="auto" w:fill="F4F4F4"/>
          </w:tcPr>
          <w:p w14:paraId="69DEB779" w14:textId="01CBBAF5" w:rsidR="007F7E84" w:rsidRDefault="00A01394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="00505208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 xml:space="preserve">ANEXEZ </w:t>
            </w:r>
            <w:r>
              <w:rPr>
                <w:b/>
                <w:color w:val="000000"/>
                <w:sz w:val="18"/>
              </w:rPr>
              <w:t>LA PREZENTA CERERE</w:t>
            </w:r>
          </w:p>
        </w:tc>
      </w:tr>
      <w:tr w:rsidR="007F7E84" w:rsidRPr="00243AD6" w14:paraId="50733968" w14:textId="77777777">
        <w:trPr>
          <w:cantSplit/>
        </w:trPr>
        <w:tc>
          <w:tcPr>
            <w:tcW w:w="9636" w:type="dxa"/>
          </w:tcPr>
          <w:p w14:paraId="29C04712" w14:textId="2AA53902" w:rsidR="007F7E84" w:rsidRPr="00243AD6" w:rsidRDefault="00656FD9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36817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A01394" w:rsidRPr="00243AD6">
              <w:rPr>
                <w:sz w:val="16"/>
                <w:lang w:val="fr-FR"/>
              </w:rPr>
              <w:t xml:space="preserve"> a) </w:t>
            </w:r>
            <w:proofErr w:type="spellStart"/>
            <w:r w:rsidR="00A01394" w:rsidRPr="00243AD6">
              <w:rPr>
                <w:sz w:val="16"/>
                <w:lang w:val="fr-FR"/>
              </w:rPr>
              <w:t>rapoartele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="00A01394" w:rsidRPr="00243AD6">
              <w:rPr>
                <w:sz w:val="16"/>
                <w:lang w:val="fr-FR"/>
              </w:rPr>
              <w:t>expertiză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="00A01394" w:rsidRPr="00243AD6">
              <w:rPr>
                <w:sz w:val="16"/>
                <w:lang w:val="fr-FR"/>
              </w:rPr>
              <w:t>tehnică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="00A01394" w:rsidRPr="00243AD6">
              <w:rPr>
                <w:sz w:val="16"/>
                <w:lang w:val="fr-FR"/>
              </w:rPr>
              <w:t>pentru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="00A01394" w:rsidRPr="00243AD6">
              <w:rPr>
                <w:sz w:val="16"/>
                <w:lang w:val="fr-FR"/>
              </w:rPr>
              <w:t>cerințele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="00A01394"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7F7E84" w:rsidRPr="00505208" w14:paraId="704050C4" w14:textId="77777777">
        <w:trPr>
          <w:cantSplit/>
        </w:trPr>
        <w:tc>
          <w:tcPr>
            <w:tcW w:w="9636" w:type="dxa"/>
          </w:tcPr>
          <w:p w14:paraId="6F6E29A3" w14:textId="68A59552" w:rsidR="007F7E84" w:rsidRPr="00243AD6" w:rsidRDefault="00656FD9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1030716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A01394" w:rsidRPr="00243AD6">
              <w:rPr>
                <w:sz w:val="16"/>
                <w:lang w:val="fr-FR"/>
              </w:rPr>
              <w:t xml:space="preserve"> b) documente </w:t>
            </w:r>
            <w:proofErr w:type="spellStart"/>
            <w:r w:rsidR="00A01394" w:rsidRPr="00243AD6">
              <w:rPr>
                <w:sz w:val="16"/>
                <w:lang w:val="fr-FR"/>
              </w:rPr>
              <w:t>emise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="00A01394" w:rsidRPr="00243AD6">
              <w:rPr>
                <w:sz w:val="16"/>
                <w:lang w:val="fr-FR"/>
              </w:rPr>
              <w:t>către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="00A01394" w:rsidRPr="00243AD6">
              <w:rPr>
                <w:sz w:val="16"/>
                <w:lang w:val="fr-FR"/>
              </w:rPr>
              <w:t>emitenții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="00A01394" w:rsidRPr="00243AD6">
              <w:rPr>
                <w:sz w:val="16"/>
                <w:lang w:val="fr-FR"/>
              </w:rPr>
              <w:t>avizelor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/ </w:t>
            </w:r>
            <w:proofErr w:type="spellStart"/>
            <w:r w:rsidR="00A01394" w:rsidRPr="00243AD6">
              <w:rPr>
                <w:sz w:val="16"/>
                <w:lang w:val="fr-FR"/>
              </w:rPr>
              <w:t>acordurilor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(</w:t>
            </w:r>
            <w:proofErr w:type="spellStart"/>
            <w:r w:rsidR="00A01394" w:rsidRPr="00243AD6">
              <w:rPr>
                <w:sz w:val="16"/>
                <w:lang w:val="fr-FR"/>
              </w:rPr>
              <w:t>câte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1 </w:t>
            </w:r>
            <w:proofErr w:type="spellStart"/>
            <w:r w:rsidR="00A01394" w:rsidRPr="00243AD6">
              <w:rPr>
                <w:sz w:val="16"/>
                <w:lang w:val="fr-FR"/>
              </w:rPr>
              <w:t>exemplar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copie</w:t>
            </w:r>
            <w:proofErr w:type="gramStart"/>
            <w:r w:rsidR="00A01394" w:rsidRPr="00243AD6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7F7E84" w:rsidRPr="00505208" w14:paraId="5FBDD510" w14:textId="77777777">
        <w:trPr>
          <w:cantSplit/>
        </w:trPr>
        <w:tc>
          <w:tcPr>
            <w:tcW w:w="9636" w:type="dxa"/>
          </w:tcPr>
          <w:p w14:paraId="6E676776" w14:textId="77777777" w:rsidR="007F7E84" w:rsidRPr="00243AD6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0FF9083D" w14:textId="77777777" w:rsidR="007F7E84" w:rsidRPr="00243AD6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7F7E84" w:rsidRPr="00505208" w14:paraId="7492A795" w14:textId="77777777">
        <w:trPr>
          <w:cantSplit/>
        </w:trPr>
        <w:tc>
          <w:tcPr>
            <w:tcW w:w="9636" w:type="dxa"/>
          </w:tcPr>
          <w:p w14:paraId="10A3BCE7" w14:textId="1292664E" w:rsidR="007F7E84" w:rsidRPr="00243AD6" w:rsidRDefault="00656FD9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163600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A01394" w:rsidRPr="00243AD6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="00A01394" w:rsidRPr="00243AD6">
              <w:rPr>
                <w:sz w:val="16"/>
                <w:lang w:val="fr-FR"/>
              </w:rPr>
              <w:t>raport</w:t>
            </w:r>
            <w:proofErr w:type="spellEnd"/>
            <w:proofErr w:type="gramEnd"/>
            <w:r w:rsidR="00A01394"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="00A01394" w:rsidRPr="00243AD6">
              <w:rPr>
                <w:sz w:val="16"/>
                <w:lang w:val="fr-FR"/>
              </w:rPr>
              <w:t>privind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="00A01394" w:rsidRPr="00243AD6">
              <w:rPr>
                <w:sz w:val="16"/>
                <w:lang w:val="fr-FR"/>
              </w:rPr>
              <w:t>respectarea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="00A01394" w:rsidRPr="00243AD6">
              <w:rPr>
                <w:sz w:val="16"/>
                <w:lang w:val="fr-FR"/>
              </w:rPr>
              <w:t>reglementărilor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="00A01394" w:rsidRPr="00243AD6">
              <w:rPr>
                <w:sz w:val="16"/>
                <w:lang w:val="fr-FR"/>
              </w:rPr>
              <w:t>urbanistice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="00A01394" w:rsidRPr="00243AD6">
              <w:rPr>
                <w:sz w:val="16"/>
                <w:lang w:val="fr-FR"/>
              </w:rPr>
              <w:t>elaborat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de </w:t>
            </w:r>
            <w:r w:rsidR="004E3C9A">
              <w:rPr>
                <w:sz w:val="16"/>
                <w:lang w:val="fr-FR"/>
              </w:rPr>
              <w:t xml:space="preserve">structura de </w:t>
            </w:r>
            <w:proofErr w:type="spellStart"/>
            <w:r w:rsidR="004E3C9A">
              <w:rPr>
                <w:sz w:val="16"/>
                <w:lang w:val="fr-FR"/>
              </w:rPr>
              <w:t>specialitate</w:t>
            </w:r>
            <w:proofErr w:type="spellEnd"/>
            <w:r w:rsidR="004E3C9A">
              <w:rPr>
                <w:sz w:val="16"/>
                <w:lang w:val="fr-FR"/>
              </w:rPr>
              <w:t xml:space="preserve"> / de </w:t>
            </w:r>
            <w:proofErr w:type="spellStart"/>
            <w:r w:rsidR="00A01394" w:rsidRPr="00243AD6">
              <w:rPr>
                <w:sz w:val="16"/>
                <w:lang w:val="fr-FR"/>
              </w:rPr>
              <w:t>specialist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="00A01394" w:rsidRPr="00243AD6">
              <w:rPr>
                <w:sz w:val="16"/>
                <w:lang w:val="fr-FR"/>
              </w:rPr>
              <w:t>cu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="00A01394" w:rsidRPr="00243AD6">
              <w:rPr>
                <w:sz w:val="16"/>
                <w:lang w:val="fr-FR"/>
              </w:rPr>
              <w:t>drept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="00A01394" w:rsidRPr="00243AD6">
              <w:rPr>
                <w:sz w:val="16"/>
                <w:lang w:val="fr-FR"/>
              </w:rPr>
              <w:t>semnătură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="00A01394" w:rsidRPr="00243AD6">
              <w:rPr>
                <w:sz w:val="16"/>
                <w:lang w:val="fr-FR"/>
              </w:rPr>
              <w:t>în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="00A01394" w:rsidRPr="00243AD6">
              <w:rPr>
                <w:sz w:val="16"/>
                <w:lang w:val="fr-FR"/>
              </w:rPr>
              <w:t>domeniul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="00A01394" w:rsidRPr="00243AD6">
              <w:rPr>
                <w:sz w:val="16"/>
                <w:lang w:val="fr-FR"/>
              </w:rPr>
              <w:t>urbanismului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="00A01394" w:rsidRPr="00243AD6">
              <w:rPr>
                <w:sz w:val="16"/>
                <w:lang w:val="fr-FR"/>
              </w:rPr>
              <w:t>d</w:t>
            </w:r>
            <w:r w:rsidR="004E3C9A">
              <w:rPr>
                <w:sz w:val="16"/>
                <w:lang w:val="fr-FR"/>
              </w:rPr>
              <w:t>upă</w:t>
            </w:r>
            <w:proofErr w:type="spellEnd"/>
            <w:r w:rsidR="00A01394"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="00A01394" w:rsidRPr="00243AD6">
              <w:rPr>
                <w:sz w:val="16"/>
                <w:lang w:val="fr-FR"/>
              </w:rPr>
              <w:t>caz</w:t>
            </w:r>
            <w:proofErr w:type="spellEnd"/>
          </w:p>
        </w:tc>
      </w:tr>
      <w:tr w:rsidR="007F7E84" w:rsidRPr="00505208" w14:paraId="17E8F375" w14:textId="77777777">
        <w:trPr>
          <w:cantSplit/>
        </w:trPr>
        <w:tc>
          <w:tcPr>
            <w:tcW w:w="9636" w:type="dxa"/>
          </w:tcPr>
          <w:p w14:paraId="0702B0EA" w14:textId="6FDB6ADB" w:rsidR="004E3C9A" w:rsidRDefault="00A01394">
            <w:pPr>
              <w:rPr>
                <w:sz w:val="16"/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-804694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6FD9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243AD6">
              <w:rPr>
                <w:sz w:val="16"/>
                <w:lang w:val="fr-FR"/>
              </w:rPr>
              <w:t xml:space="preserve"> </w:t>
            </w:r>
            <w:proofErr w:type="gramStart"/>
            <w:r w:rsidRPr="00243AD6">
              <w:rPr>
                <w:sz w:val="16"/>
                <w:lang w:val="fr-FR"/>
              </w:rPr>
              <w:t>extras</w:t>
            </w:r>
            <w:proofErr w:type="gramEnd"/>
            <w:r w:rsidRPr="00243AD6">
              <w:rPr>
                <w:sz w:val="16"/>
                <w:lang w:val="fr-FR"/>
              </w:rPr>
              <w:t xml:space="preserve"> de carte </w:t>
            </w:r>
            <w:proofErr w:type="spellStart"/>
            <w:r w:rsidRPr="00243AD6">
              <w:rPr>
                <w:sz w:val="16"/>
                <w:lang w:val="fr-FR"/>
              </w:rPr>
              <w:t>funciară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actualizat</w:t>
            </w:r>
            <w:proofErr w:type="spellEnd"/>
            <w:r w:rsidRPr="00243AD6">
              <w:rPr>
                <w:sz w:val="16"/>
                <w:lang w:val="fr-FR"/>
              </w:rPr>
              <w:t xml:space="preserve">     </w:t>
            </w:r>
          </w:p>
          <w:p w14:paraId="5DA3E17B" w14:textId="00F9A64C" w:rsidR="004E3C9A" w:rsidRDefault="004E3C9A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2089429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6FD9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243AD6">
              <w:rPr>
                <w:sz w:val="16"/>
                <w:lang w:val="fr-FR"/>
              </w:rPr>
              <w:t>documentația</w:t>
            </w:r>
            <w:proofErr w:type="spellEnd"/>
            <w:proofErr w:type="gramEnd"/>
            <w:r w:rsidRPr="00243AD6">
              <w:rPr>
                <w:sz w:val="16"/>
                <w:lang w:val="fr-FR"/>
              </w:rPr>
              <w:t xml:space="preserve"> P.A.C. (2 </w:t>
            </w:r>
            <w:proofErr w:type="spellStart"/>
            <w:r w:rsidRPr="00243AD6">
              <w:rPr>
                <w:sz w:val="16"/>
                <w:lang w:val="fr-FR"/>
              </w:rPr>
              <w:t>exemplare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sau</w:t>
            </w:r>
            <w:proofErr w:type="spellEnd"/>
            <w:r>
              <w:rPr>
                <w:sz w:val="16"/>
                <w:lang w:val="fr-FR"/>
              </w:rPr>
              <w:t xml:space="preserve"> 1 </w:t>
            </w:r>
            <w:proofErr w:type="spellStart"/>
            <w:r>
              <w:rPr>
                <w:sz w:val="16"/>
                <w:lang w:val="fr-FR"/>
              </w:rPr>
              <w:t>exemplar</w:t>
            </w:r>
            <w:proofErr w:type="spellEnd"/>
            <w:r>
              <w:rPr>
                <w:sz w:val="16"/>
                <w:lang w:val="fr-FR"/>
              </w:rPr>
              <w:t xml:space="preserve"> original,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</w:t>
            </w:r>
            <w:proofErr w:type="spellStart"/>
            <w:r>
              <w:rPr>
                <w:sz w:val="16"/>
                <w:lang w:val="fr-FR"/>
              </w:rPr>
              <w:t>letric</w:t>
            </w:r>
            <w:proofErr w:type="spellEnd"/>
            <w:r>
              <w:rPr>
                <w:sz w:val="16"/>
                <w:lang w:val="fr-FR"/>
              </w:rPr>
              <w:t xml:space="preserve">, </w:t>
            </w:r>
            <w:proofErr w:type="spellStart"/>
            <w:r>
              <w:rPr>
                <w:sz w:val="16"/>
                <w:lang w:val="fr-FR"/>
              </w:rPr>
              <w:t>acolo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unde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autoritatea</w:t>
            </w:r>
            <w:proofErr w:type="spellEnd"/>
            <w:r>
              <w:rPr>
                <w:sz w:val="16"/>
                <w:lang w:val="fr-FR"/>
              </w:rPr>
              <w:t xml:space="preserve"> are </w:t>
            </w:r>
            <w:proofErr w:type="spellStart"/>
            <w:r>
              <w:rPr>
                <w:sz w:val="16"/>
                <w:lang w:val="fr-FR"/>
              </w:rPr>
              <w:t>posibilitatea</w:t>
            </w:r>
            <w:proofErr w:type="spellEnd"/>
            <w:r>
              <w:rPr>
                <w:sz w:val="16"/>
                <w:lang w:val="fr-FR"/>
              </w:rPr>
              <w:t xml:space="preserve"> de a </w:t>
            </w:r>
            <w:proofErr w:type="spellStart"/>
            <w:r>
              <w:rPr>
                <w:sz w:val="16"/>
                <w:lang w:val="fr-FR"/>
              </w:rPr>
              <w:t>arhiva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digital</w:t>
            </w:r>
            <w:r w:rsidRPr="005B29C5">
              <w:rPr>
                <w:sz w:val="16"/>
                <w:lang w:val="fr-FR"/>
              </w:rPr>
              <w:t>)</w:t>
            </w:r>
            <w:r w:rsidRPr="00243AD6">
              <w:rPr>
                <w:sz w:val="16"/>
                <w:lang w:val="fr-FR"/>
              </w:rPr>
              <w:t xml:space="preserve">)     </w:t>
            </w:r>
          </w:p>
          <w:p w14:paraId="3933EBC7" w14:textId="2B29A46C" w:rsidR="007F7E84" w:rsidRPr="00243AD6" w:rsidRDefault="004E3C9A">
            <w:pPr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-1632006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6FD9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243AD6">
              <w:rPr>
                <w:sz w:val="16"/>
                <w:lang w:val="fr-FR"/>
              </w:rPr>
              <w:t>dovada</w:t>
            </w:r>
            <w:proofErr w:type="spellEnd"/>
            <w:proofErr w:type="gram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achitării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taxelor</w:t>
            </w:r>
            <w:proofErr w:type="spellEnd"/>
            <w:r w:rsidRPr="00243AD6">
              <w:rPr>
                <w:sz w:val="16"/>
                <w:lang w:val="fr-FR"/>
              </w:rPr>
              <w:t xml:space="preserve">     </w:t>
            </w:r>
            <w:sdt>
              <w:sdtPr>
                <w:rPr>
                  <w:sz w:val="16"/>
                  <w:lang w:val="fr-FR"/>
                </w:rPr>
                <w:id w:val="-7833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6FD9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împuternicirea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dacă</w:t>
            </w:r>
            <w:proofErr w:type="spellEnd"/>
            <w:r w:rsidRPr="00243AD6">
              <w:rPr>
                <w:sz w:val="16"/>
                <w:lang w:val="fr-FR"/>
              </w:rPr>
              <w:t xml:space="preserve"> este </w:t>
            </w:r>
            <w:proofErr w:type="spellStart"/>
            <w:r w:rsidRPr="00243AD6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5ED091E4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:rsidRPr="00505208" w14:paraId="11400331" w14:textId="77777777">
        <w:trPr>
          <w:cantSplit/>
        </w:trPr>
        <w:tc>
          <w:tcPr>
            <w:tcW w:w="9636" w:type="dxa"/>
          </w:tcPr>
          <w:p w14:paraId="0279AF20" w14:textId="77777777" w:rsidR="007F7E84" w:rsidRPr="00243AD6" w:rsidRDefault="00A01394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i/>
                <w:sz w:val="17"/>
                <w:lang w:val="fr-FR"/>
              </w:rPr>
              <w:t>Declar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243AD6">
              <w:rPr>
                <w:i/>
                <w:sz w:val="17"/>
                <w:lang w:val="fr-FR"/>
              </w:rPr>
              <w:t>răspundere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sub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sancțiunea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Codului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penal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privind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infracțiunea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fals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declarații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datele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menționate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sunt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reale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și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243AD6">
              <w:rPr>
                <w:i/>
                <w:sz w:val="17"/>
                <w:lang w:val="fr-FR"/>
              </w:rPr>
              <w:t>și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am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formulat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anterior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începerii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lucrărilor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modificare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identificate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Proiectul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pentru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autorizarea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construirii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atașat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astfel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243AD6">
              <w:rPr>
                <w:i/>
                <w:sz w:val="17"/>
                <w:lang w:val="fr-FR"/>
              </w:rPr>
              <w:t>stab</w:t>
            </w:r>
            <w:r w:rsidRPr="00243AD6">
              <w:rPr>
                <w:i/>
                <w:sz w:val="17"/>
                <w:lang w:val="fr-FR"/>
              </w:rPr>
              <w:t>ilește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art. 301.</w:t>
            </w:r>
          </w:p>
        </w:tc>
      </w:tr>
    </w:tbl>
    <w:p w14:paraId="5FC73ADB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F7E84" w14:paraId="5120060E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929BC0C" w14:textId="675280A9" w:rsidR="007F7E84" w:rsidRDefault="00A01394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="00505208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F7E84" w14:paraId="5853197D" w14:textId="77777777">
        <w:trPr>
          <w:cantSplit/>
          <w:trHeight w:val="510"/>
        </w:trPr>
        <w:tc>
          <w:tcPr>
            <w:tcW w:w="1606" w:type="dxa"/>
          </w:tcPr>
          <w:p w14:paraId="54951DED" w14:textId="77777777" w:rsidR="007F7E84" w:rsidRDefault="00A01394">
            <w:r>
              <w:rPr>
                <w:b/>
                <w:color w:val="0D5F78"/>
              </w:rPr>
              <w:t>Data</w:t>
            </w:r>
          </w:p>
          <w:p w14:paraId="77A9FAF1" w14:textId="77777777" w:rsidR="007F7E84" w:rsidRDefault="007F7E84"/>
        </w:tc>
        <w:tc>
          <w:tcPr>
            <w:tcW w:w="4818" w:type="dxa"/>
          </w:tcPr>
          <w:p w14:paraId="4F0CD454" w14:textId="77777777" w:rsidR="007F7E84" w:rsidRDefault="00A01394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3A3A8032" w14:textId="77777777" w:rsidR="007F7E84" w:rsidRDefault="007F7E84"/>
        </w:tc>
        <w:tc>
          <w:tcPr>
            <w:tcW w:w="3212" w:type="dxa"/>
          </w:tcPr>
          <w:p w14:paraId="7154C44B" w14:textId="77777777" w:rsidR="007F7E84" w:rsidRDefault="00A01394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BFB720C" w14:textId="77777777" w:rsidR="007F7E84" w:rsidRDefault="007F7E84"/>
        </w:tc>
      </w:tr>
    </w:tbl>
    <w:p w14:paraId="0705B62B" w14:textId="77777777" w:rsidR="007F7E84" w:rsidRDefault="007F7E84">
      <w:pPr>
        <w:spacing w:line="168" w:lineRule="auto"/>
      </w:pPr>
    </w:p>
    <w:sectPr w:rsidR="007F7E84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B84A38" w14:textId="77777777" w:rsidR="00A01394" w:rsidRDefault="00A01394">
      <w:r>
        <w:separator/>
      </w:r>
    </w:p>
  </w:endnote>
  <w:endnote w:type="continuationSeparator" w:id="0">
    <w:p w14:paraId="3EE66D2C" w14:textId="77777777" w:rsidR="00A01394" w:rsidRDefault="00A01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84EE5" w14:textId="23249E35" w:rsidR="007F7E84" w:rsidRDefault="00A01394">
    <w:pPr>
      <w:pStyle w:val="Footer"/>
      <w:tabs>
        <w:tab w:val="right" w:pos="9639"/>
      </w:tabs>
    </w:pPr>
    <w:r>
      <w:rPr>
        <w:color w:val="595959"/>
      </w:rPr>
      <w:t>F_A</w:t>
    </w:r>
    <w:r w:rsidR="00243AD6">
      <w:rPr>
        <w:color w:val="595959"/>
      </w:rPr>
      <w:t>R</w:t>
    </w:r>
    <w:r>
      <w:rPr>
        <w:color w:val="595959"/>
      </w:rPr>
      <w:t>_</w:t>
    </w:r>
    <w:r w:rsidR="00243AD6">
      <w:rPr>
        <w:color w:val="595959"/>
      </w:rPr>
      <w:t>01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43AD6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43AD6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6499A7" w14:textId="77777777" w:rsidR="00A01394" w:rsidRDefault="00A01394">
      <w:r>
        <w:separator/>
      </w:r>
    </w:p>
  </w:footnote>
  <w:footnote w:type="continuationSeparator" w:id="0">
    <w:p w14:paraId="38051787" w14:textId="77777777" w:rsidR="00A01394" w:rsidRDefault="00A01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3AD6"/>
    <w:rsid w:val="0029639D"/>
    <w:rsid w:val="0031113E"/>
    <w:rsid w:val="00326F90"/>
    <w:rsid w:val="00411853"/>
    <w:rsid w:val="0041750F"/>
    <w:rsid w:val="004E3C9A"/>
    <w:rsid w:val="00505208"/>
    <w:rsid w:val="00656FD9"/>
    <w:rsid w:val="006816CD"/>
    <w:rsid w:val="006C103E"/>
    <w:rsid w:val="007F7E84"/>
    <w:rsid w:val="00A01394"/>
    <w:rsid w:val="00AA1D8D"/>
    <w:rsid w:val="00B47730"/>
    <w:rsid w:val="00BF1A07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653665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0F20D8A-D68A-4606-8DC7-A95D3E83F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Alexandru Maria</cp:lastModifiedBy>
  <cp:revision>2</cp:revision>
  <dcterms:created xsi:type="dcterms:W3CDTF">2013-12-23T23:15:00Z</dcterms:created>
  <dcterms:modified xsi:type="dcterms:W3CDTF">2026-09-11T07:33:00Z</dcterms:modified>
  <cp:category/>
</cp:coreProperties>
</file>