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E0D3E" w14:paraId="48D735DF" w14:textId="77777777" w:rsidTr="00F637B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C03486" w14:textId="77777777" w:rsidR="002E0D3E" w:rsidRDefault="002E0D3E" w:rsidP="00F637BC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62EAD5C9" wp14:editId="66186AF1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73ABAF3A" w14:textId="77777777" w:rsidR="002E0D3E" w:rsidRDefault="002E0D3E" w:rsidP="00F637B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C6E26E7" w14:textId="77777777" w:rsidR="002E0D3E" w:rsidRDefault="002E0D3E" w:rsidP="00F637BC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2E0D3E" w14:paraId="01330CF0" w14:textId="77777777" w:rsidTr="00F637BC">
        <w:trPr>
          <w:cantSplit/>
          <w:trHeight w:val="510"/>
        </w:trPr>
        <w:tc>
          <w:tcPr>
            <w:tcW w:w="1606" w:type="dxa"/>
            <w:vMerge/>
          </w:tcPr>
          <w:p w14:paraId="033A9092" w14:textId="77777777" w:rsidR="002E0D3E" w:rsidRDefault="002E0D3E" w:rsidP="00F637BC"/>
        </w:tc>
        <w:tc>
          <w:tcPr>
            <w:tcW w:w="8030" w:type="dxa"/>
            <w:gridSpan w:val="3"/>
          </w:tcPr>
          <w:p w14:paraId="78C8DB5F" w14:textId="77777777" w:rsidR="002E0D3E" w:rsidRDefault="002E0D3E" w:rsidP="00F637B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C94BD68" w14:textId="77777777" w:rsidR="002E0D3E" w:rsidRDefault="002E0D3E" w:rsidP="00F637BC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2E0D3E" w14:paraId="59DE8EAE" w14:textId="77777777" w:rsidTr="00F637BC">
        <w:trPr>
          <w:cantSplit/>
          <w:trHeight w:val="510"/>
        </w:trPr>
        <w:tc>
          <w:tcPr>
            <w:tcW w:w="1606" w:type="dxa"/>
            <w:vMerge/>
          </w:tcPr>
          <w:p w14:paraId="1E83F19C" w14:textId="77777777" w:rsidR="002E0D3E" w:rsidRDefault="002E0D3E" w:rsidP="00F637BC"/>
        </w:tc>
        <w:tc>
          <w:tcPr>
            <w:tcW w:w="2409" w:type="dxa"/>
          </w:tcPr>
          <w:p w14:paraId="46D8BDC5" w14:textId="77777777" w:rsidR="002E0D3E" w:rsidRPr="00D20322" w:rsidRDefault="002E0D3E" w:rsidP="00F637BC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>Cod de identificare fiscală (CIF)</w:t>
            </w:r>
          </w:p>
          <w:p w14:paraId="03F51A94" w14:textId="77777777" w:rsidR="002E0D3E" w:rsidRPr="00D20322" w:rsidRDefault="002E0D3E" w:rsidP="00F637BC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6D09600D" w14:textId="77777777" w:rsidR="002E0D3E" w:rsidRDefault="002E0D3E" w:rsidP="00F637BC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1BB6CD15" w14:textId="77777777" w:rsidR="002E0D3E" w:rsidRPr="00B86B80" w:rsidRDefault="002E0D3E" w:rsidP="00F637BC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4EE669EE" w14:textId="77777777" w:rsidR="002E0D3E" w:rsidRPr="00B86B80" w:rsidRDefault="002E0D3E" w:rsidP="00F637BC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787ABE5A" w14:textId="77777777" w:rsidR="002E0D3E" w:rsidRDefault="002E0D3E" w:rsidP="00F637BC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17E57C4F" w14:textId="77777777" w:rsidR="002E0D3E" w:rsidRDefault="002E0D3E" w:rsidP="00F637BC">
            <w:pPr>
              <w:keepNext/>
            </w:pPr>
          </w:p>
        </w:tc>
      </w:tr>
      <w:tr w:rsidR="002E0D3E" w14:paraId="19DA3332" w14:textId="77777777" w:rsidTr="002E0D3E">
        <w:trPr>
          <w:cantSplit/>
          <w:trHeight w:val="359"/>
        </w:trPr>
        <w:tc>
          <w:tcPr>
            <w:tcW w:w="1606" w:type="dxa"/>
            <w:vMerge/>
          </w:tcPr>
          <w:p w14:paraId="4A149AF4" w14:textId="77777777" w:rsidR="002E0D3E" w:rsidRDefault="002E0D3E" w:rsidP="00F637BC"/>
        </w:tc>
        <w:tc>
          <w:tcPr>
            <w:tcW w:w="4818" w:type="dxa"/>
            <w:gridSpan w:val="2"/>
          </w:tcPr>
          <w:p w14:paraId="13895225" w14:textId="77777777" w:rsidR="002E0D3E" w:rsidRDefault="002E0D3E" w:rsidP="00F637BC">
            <w:r>
              <w:rPr>
                <w:b/>
                <w:color w:val="0D5F78"/>
              </w:rPr>
              <w:t>Nr. înregistrare</w:t>
            </w:r>
          </w:p>
          <w:p w14:paraId="1620FE35" w14:textId="77777777" w:rsidR="002E0D3E" w:rsidRDefault="002E0D3E" w:rsidP="00F637BC"/>
        </w:tc>
        <w:tc>
          <w:tcPr>
            <w:tcW w:w="3212" w:type="dxa"/>
          </w:tcPr>
          <w:p w14:paraId="0AC4E38A" w14:textId="77777777" w:rsidR="002E0D3E" w:rsidRDefault="002E0D3E" w:rsidP="00F637BC">
            <w:r>
              <w:rPr>
                <w:b/>
                <w:color w:val="0D5F78"/>
              </w:rPr>
              <w:t>Data</w:t>
            </w:r>
          </w:p>
          <w:p w14:paraId="3E59E605" w14:textId="77777777" w:rsidR="002E0D3E" w:rsidRDefault="002E0D3E" w:rsidP="00F637BC"/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005C245B" w:rsidR="003C7CA3" w:rsidRDefault="003454F7"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65633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dreptului de proprietate asupra imobilului     </w:t>
            </w:r>
            <w:sdt>
              <w:sdtPr>
                <w:rPr>
                  <w:sz w:val="16"/>
                </w:rPr>
                <w:id w:val="87589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unui alt drept real corespunzător proprietății publice     </w:t>
            </w:r>
            <w:sdt>
              <w:sdtPr>
                <w:rPr>
                  <w:sz w:val="16"/>
                </w:rPr>
                <w:id w:val="-140790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dreptului de creanță     </w:t>
            </w:r>
            <w:sdt>
              <w:sdtPr>
                <w:rPr>
                  <w:sz w:val="16"/>
                </w:rPr>
                <w:id w:val="-95570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F637BC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F637BC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F637BC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0EE44A11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</w:t>
      </w:r>
      <w:sdt>
        <w:sdtPr>
          <w:rPr>
            <w:b/>
            <w:sz w:val="20"/>
          </w:rPr>
          <w:id w:val="1678537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0D3E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construire / </w:t>
      </w:r>
      <w:sdt>
        <w:sdtPr>
          <w:rPr>
            <w:b/>
            <w:sz w:val="20"/>
          </w:rPr>
          <w:id w:val="1521436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0D3E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desființare </w:t>
      </w:r>
    </w:p>
    <w:p w14:paraId="646C5D13" w14:textId="49AAECC8" w:rsidR="00C32AB5" w:rsidRPr="00C32AB5" w:rsidRDefault="002E0D3E" w:rsidP="00C32AB5">
      <w:pPr>
        <w:spacing w:after="160"/>
        <w:jc w:val="center"/>
        <w:rPr>
          <w:b/>
          <w:sz w:val="20"/>
        </w:rPr>
      </w:pPr>
      <w:sdt>
        <w:sdtPr>
          <w:rPr>
            <w:b/>
            <w:sz w:val="20"/>
          </w:rPr>
          <w:id w:val="2114090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79F5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C32AB5">
        <w:rPr>
          <w:b/>
          <w:sz w:val="20"/>
        </w:rPr>
        <w:t xml:space="preserve"> clădiri și amenjări / </w:t>
      </w:r>
      <w:sdt>
        <w:sdtPr>
          <w:rPr>
            <w:b/>
            <w:sz w:val="20"/>
          </w:rPr>
          <w:id w:val="-8219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C32AB5">
        <w:rPr>
          <w:b/>
          <w:sz w:val="20"/>
        </w:rPr>
        <w:t xml:space="preserve"> lucrări inginerești / </w:t>
      </w:r>
      <w:sdt>
        <w:sdtPr>
          <w:rPr>
            <w:b/>
            <w:sz w:val="20"/>
          </w:rPr>
          <w:id w:val="1362621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C32AB5">
        <w:rPr>
          <w:b/>
          <w:sz w:val="20"/>
        </w:rPr>
        <w:t xml:space="preserve"> construcții speciale</w:t>
      </w:r>
    </w:p>
    <w:p w14:paraId="76839621" w14:textId="6B64ED8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sdt>
        <w:sdtPr>
          <w:rPr>
            <w:b/>
            <w:sz w:val="20"/>
          </w:rPr>
          <w:id w:val="-1745105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79F5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F637BC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F637B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F637BC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F637BC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F637BC">
        <w:trPr>
          <w:cantSplit/>
        </w:trPr>
        <w:tc>
          <w:tcPr>
            <w:tcW w:w="9636" w:type="dxa"/>
          </w:tcPr>
          <w:p w14:paraId="77F46E38" w14:textId="77777777" w:rsidR="00C32AB5" w:rsidRDefault="00C32AB5" w:rsidP="00F637BC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F637BC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0C5EF56C" w:rsidR="003C7CA3" w:rsidRDefault="002E0D3E">
            <w:pPr>
              <w:keepNext/>
            </w:pPr>
            <w:sdt>
              <w:sdtPr>
                <w:rPr>
                  <w:sz w:val="16"/>
                </w:rPr>
                <w:id w:val="-198385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28940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026A3324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31710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</w:t>
            </w:r>
            <w:sdt>
              <w:sdtPr>
                <w:rPr>
                  <w:sz w:val="16"/>
                  <w:lang w:val="fr-FR"/>
                </w:rPr>
                <w:id w:val="-70040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</w:t>
            </w:r>
            <w:sdt>
              <w:sdtPr>
                <w:rPr>
                  <w:sz w:val="16"/>
                  <w:lang w:val="fr-FR"/>
                </w:rPr>
                <w:id w:val="1907020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45EC6F1B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37846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5173DE28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6003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3F6F31">
              <w:rPr>
                <w:sz w:val="16"/>
                <w:lang w:val="fr-FR"/>
              </w:rPr>
              <w:t xml:space="preserve"> CC 1 / NVP 1     </w:t>
            </w:r>
            <w:sdt>
              <w:sdtPr>
                <w:rPr>
                  <w:sz w:val="16"/>
                  <w:lang w:val="fr-FR"/>
                </w:rPr>
                <w:id w:val="162103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3F6F31">
              <w:rPr>
                <w:sz w:val="16"/>
                <w:lang w:val="fr-FR"/>
              </w:rPr>
              <w:t xml:space="preserve"> CC 2 / NVP 2     </w:t>
            </w:r>
            <w:sdt>
              <w:sdtPr>
                <w:rPr>
                  <w:sz w:val="16"/>
                  <w:lang w:val="fr-FR"/>
                </w:rPr>
                <w:id w:val="42214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3F6F31">
              <w:rPr>
                <w:sz w:val="16"/>
                <w:lang w:val="fr-FR"/>
              </w:rPr>
              <w:t xml:space="preserve"> CC 3 / NVP 3     </w:t>
            </w:r>
            <w:sdt>
              <w:sdtPr>
                <w:rPr>
                  <w:sz w:val="16"/>
                  <w:lang w:val="fr-FR"/>
                </w:rPr>
                <w:id w:val="-136628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3F6F31">
              <w:rPr>
                <w:sz w:val="16"/>
                <w:lang w:val="fr-FR"/>
              </w:rPr>
              <w:t xml:space="preserve">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igienă, 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protecție împotriva zgomotului — nume și prenume 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4261503D" w:rsidR="002B61AC" w:rsidRPr="002B61AC" w:rsidRDefault="002E0D3E">
            <w:pPr>
              <w:keepNext/>
              <w:rPr>
                <w:sz w:val="16"/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76538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29D68282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40645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b) actele care atestă dreptul în baza căruia titularul poate solicita 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2A29A16B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11195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="003454F7"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00D3D2F3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62703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0195CE88" w:rsidR="003C7CA3" w:rsidRDefault="002E0D3E">
            <w:pPr>
              <w:keepNext/>
            </w:pPr>
            <w:sdt>
              <w:sdtPr>
                <w:rPr>
                  <w:sz w:val="16"/>
                  <w:lang w:val="fr-FR"/>
                </w:rPr>
                <w:id w:val="60524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e) avizele și acordurile stabilite prin certificatul de urbanism nr. …… din …………… </w:t>
            </w:r>
            <w:r w:rsidR="003454F7"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351804A4" w:rsidR="003C7CA3" w:rsidRDefault="002E0D3E">
            <w:pPr>
              <w:keepNext/>
            </w:pPr>
            <w:sdt>
              <w:sdtPr>
                <w:rPr>
                  <w:sz w:val="16"/>
                </w:rPr>
                <w:id w:val="28926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f) punctul de vedere sau actul administrativ al autorității competente pentru protecția mediului, în cazul în care a 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450FB5F" w:rsidR="003C7CA3" w:rsidRDefault="002E0D3E">
            <w:pPr>
              <w:keepNext/>
            </w:pPr>
            <w:sdt>
              <w:sdtPr>
                <w:rPr>
                  <w:sz w:val="16"/>
                </w:rPr>
                <w:id w:val="1761100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13EBBAF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78311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62469584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31757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4E9910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95155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j) rapoartele de expertiză tehnică pentru cerințele fundamentale rezistență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4B9F8D68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682662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k) raportul privind cerințele minime de conformare a unei clădiri cu consum de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0C28AA58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202103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="003454F7" w:rsidRPr="005B29C5">
              <w:rPr>
                <w:sz w:val="16"/>
                <w:lang w:val="fr-FR"/>
              </w:rPr>
              <w:t>de audit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5D7AC3BE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30030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m) proiectul pentru acordul / autorizația 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404A4A80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29642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n) dovada privind luarea în evidență a proiectului de către Ordinul Arhitecților din România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19326538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51572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3D786BCC" w:rsidR="003C7CA3" w:rsidRPr="005B29C5" w:rsidRDefault="002E0D3E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05951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4848C331" w:rsidR="003C7CA3" w:rsidRPr="005B29C5" w:rsidRDefault="002E0D3E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41235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q) anexa la cererea pentru emiterea autorizației de construire / desființare, completată cu 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09164E2D" w:rsidR="003C7CA3" w:rsidRDefault="002E0D3E">
            <w:pPr>
              <w:keepNext/>
            </w:pPr>
            <w:sdt>
              <w:sdtPr>
                <w:rPr>
                  <w:sz w:val="16"/>
                </w:rPr>
                <w:id w:val="-4723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9F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-98824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9F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3C405B95" w:rsidR="003C7CA3" w:rsidRDefault="002E0D3E">
            <w:pPr>
              <w:keepNext/>
            </w:pPr>
            <w:sdt>
              <w:sdtPr>
                <w:rPr>
                  <w:sz w:val="16"/>
                </w:rPr>
                <w:id w:val="-6117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-156008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6578E0D1" w:rsidR="003C7CA3" w:rsidRDefault="002E0D3E">
            <w:pPr>
              <w:keepNext/>
            </w:pPr>
            <w:sdt>
              <w:sdtPr>
                <w:rPr>
                  <w:sz w:val="16"/>
                </w:rPr>
                <w:id w:val="-48147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1196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15CF82D" w:rsidR="003C7CA3" w:rsidRDefault="002E0D3E">
            <w:pPr>
              <w:keepNext/>
            </w:pPr>
            <w:sdt>
              <w:sdtPr>
                <w:rPr>
                  <w:sz w:val="16"/>
                </w:rPr>
                <w:id w:val="-38023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9F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-92048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6323C8EF" w:rsidR="003C7CA3" w:rsidRDefault="002E0D3E">
            <w:pPr>
              <w:keepNext/>
            </w:pPr>
            <w:sdt>
              <w:sdtPr>
                <w:rPr>
                  <w:sz w:val="16"/>
                </w:rPr>
                <w:id w:val="1288306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-162437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48078118" w:rsidR="003C7CA3" w:rsidRDefault="002E0D3E">
            <w:pPr>
              <w:keepNext/>
            </w:pPr>
            <w:sdt>
              <w:sdtPr>
                <w:rPr>
                  <w:sz w:val="16"/>
                </w:rPr>
                <w:id w:val="-133128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9F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-60720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2DFBD39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14894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în</w:t>
            </w:r>
            <w:proofErr w:type="gramEnd"/>
            <w:r w:rsidRPr="005B29C5">
              <w:rPr>
                <w:sz w:val="16"/>
                <w:lang w:val="fr-FR"/>
              </w:rPr>
              <w:t xml:space="preserve"> afara zonelor de protecție a monumentelor istorice     </w:t>
            </w:r>
            <w:sdt>
              <w:sdtPr>
                <w:rPr>
                  <w:sz w:val="16"/>
                  <w:lang w:val="fr-FR"/>
                </w:rPr>
                <w:id w:val="133773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în zona de protecție a monumentelor istorice     </w:t>
            </w:r>
            <w:sdt>
              <w:sdtPr>
                <w:rPr>
                  <w:sz w:val="16"/>
                  <w:lang w:val="fr-FR"/>
                </w:rPr>
                <w:id w:val="-100305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în afara zonelor construite protejate     </w:t>
            </w:r>
            <w:sdt>
              <w:sdtPr>
                <w:rPr>
                  <w:sz w:val="16"/>
                  <w:lang w:val="fr-FR"/>
                </w:rPr>
                <w:id w:val="-1168326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364A1ED6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b/>
                  <w:bCs/>
                  <w:sz w:val="16"/>
                  <w:lang w:val="fr-FR"/>
                </w:rPr>
                <w:id w:val="29363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b/>
                    <w:bCs/>
                    <w:sz w:val="16"/>
                    <w:lang w:val="fr-FR"/>
                  </w:rPr>
                  <w:t>☐</w:t>
                </w:r>
              </w:sdtContent>
            </w:sdt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206517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individuale     </w:t>
            </w:r>
            <w:sdt>
              <w:sdtPr>
                <w:rPr>
                  <w:sz w:val="16"/>
                  <w:lang w:val="fr-FR"/>
                </w:rPr>
                <w:id w:val="113120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semicolective     </w:t>
            </w:r>
            <w:sdt>
              <w:sdtPr>
                <w:rPr>
                  <w:sz w:val="16"/>
                  <w:lang w:val="fr-FR"/>
                </w:rPr>
                <w:id w:val="-167848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1F94B8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212792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construcții</w:t>
            </w:r>
            <w:proofErr w:type="gramEnd"/>
            <w:r w:rsidRPr="005B29C5">
              <w:rPr>
                <w:sz w:val="16"/>
                <w:lang w:val="fr-FR"/>
              </w:rPr>
              <w:t xml:space="preserve"> pentru instituții publice și servicii:     </w:t>
            </w:r>
            <w:sdt>
              <w:sdtPr>
                <w:rPr>
                  <w:sz w:val="16"/>
                  <w:lang w:val="fr-FR"/>
                </w:rPr>
                <w:id w:val="81075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sănătate     </w:t>
            </w:r>
            <w:sdt>
              <w:sdtPr>
                <w:rPr>
                  <w:sz w:val="16"/>
                  <w:lang w:val="fr-FR"/>
                </w:rPr>
                <w:id w:val="-127725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asistență socială     </w:t>
            </w:r>
            <w:sdt>
              <w:sdtPr>
                <w:rPr>
                  <w:sz w:val="16"/>
                  <w:lang w:val="fr-FR"/>
                </w:rPr>
                <w:id w:val="141589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învățământ     </w:t>
            </w:r>
            <w:sdt>
              <w:sdtPr>
                <w:rPr>
                  <w:sz w:val="16"/>
                  <w:lang w:val="fr-FR"/>
                </w:rPr>
                <w:id w:val="-100159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cultură     </w:t>
            </w:r>
            <w:sdt>
              <w:sdtPr>
                <w:rPr>
                  <w:sz w:val="16"/>
                  <w:lang w:val="fr-FR"/>
                </w:rPr>
                <w:id w:val="46862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turism     </w:t>
            </w:r>
            <w:sdt>
              <w:sdtPr>
                <w:rPr>
                  <w:sz w:val="16"/>
                  <w:lang w:val="fr-FR"/>
                </w:rPr>
                <w:id w:val="-213292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culte     </w:t>
            </w:r>
            <w:sdt>
              <w:sdtPr>
                <w:rPr>
                  <w:sz w:val="16"/>
                  <w:lang w:val="fr-FR"/>
                </w:rPr>
                <w:id w:val="-29267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administrație și finanțe     </w:t>
            </w:r>
            <w:sdt>
              <w:sdtPr>
                <w:rPr>
                  <w:sz w:val="16"/>
                  <w:lang w:val="fr-FR"/>
                </w:rPr>
                <w:id w:val="-1284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comerț     </w:t>
            </w:r>
            <w:sdt>
              <w:sdtPr>
                <w:rPr>
                  <w:sz w:val="16"/>
                  <w:lang w:val="fr-FR"/>
                </w:rPr>
                <w:id w:val="-37431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servicii     </w:t>
            </w:r>
            <w:sdt>
              <w:sdtPr>
                <w:rPr>
                  <w:sz w:val="16"/>
                  <w:lang w:val="fr-FR"/>
                </w:rPr>
                <w:id w:val="-37924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sport     </w:t>
            </w:r>
            <w:sdt>
              <w:sdtPr>
                <w:rPr>
                  <w:sz w:val="16"/>
                  <w:lang w:val="fr-FR"/>
                </w:rPr>
                <w:id w:val="51804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5D5B8146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b/>
                  <w:bCs/>
                  <w:sz w:val="16"/>
                  <w:lang w:val="fr-FR"/>
                </w:rPr>
                <w:id w:val="-59332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D3E">
                  <w:rPr>
                    <w:rFonts w:ascii="MS Gothic" w:eastAsia="MS Gothic" w:hAnsi="MS Gothic" w:hint="eastAsia"/>
                    <w:b/>
                    <w:bCs/>
                    <w:sz w:val="16"/>
                    <w:lang w:val="fr-FR"/>
                  </w:rPr>
                  <w:t>☐</w:t>
                </w:r>
              </w:sdtContent>
            </w:sdt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8121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A7F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producție     </w:t>
            </w:r>
            <w:sdt>
              <w:sdtPr>
                <w:rPr>
                  <w:sz w:val="16"/>
                  <w:lang w:val="fr-FR"/>
                </w:rPr>
                <w:id w:val="-103088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A7F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431CA32D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b/>
                  <w:bCs/>
                  <w:sz w:val="16"/>
                  <w:lang w:val="fr-FR"/>
                </w:rPr>
                <w:id w:val="113776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A7F">
                  <w:rPr>
                    <w:rFonts w:ascii="MS Gothic" w:eastAsia="MS Gothic" w:hAnsi="MS Gothic" w:hint="eastAsia"/>
                    <w:b/>
                    <w:bCs/>
                    <w:sz w:val="16"/>
                    <w:lang w:val="fr-FR"/>
                  </w:rPr>
                  <w:t>☐</w:t>
                </w:r>
              </w:sdtContent>
            </w:sdt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sdt>
              <w:sdtPr>
                <w:rPr>
                  <w:sz w:val="16"/>
                  <w:lang w:val="fr-FR"/>
                </w:rPr>
                <w:id w:val="211130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A7F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sdt>
              <w:sdtPr>
                <w:rPr>
                  <w:sz w:val="16"/>
                  <w:lang w:val="fr-FR"/>
                </w:rPr>
                <w:id w:val="200669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A7F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69FE6F74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sdt>
              <w:sdtPr>
                <w:rPr>
                  <w:b/>
                  <w:bCs/>
                  <w:sz w:val="16"/>
                  <w:lang w:val="fr-FR"/>
                </w:rPr>
                <w:id w:val="-168026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A7F">
                  <w:rPr>
                    <w:rFonts w:ascii="MS Gothic" w:eastAsia="MS Gothic" w:hAnsi="MS Gothic" w:hint="eastAsia"/>
                    <w:b/>
                    <w:bCs/>
                    <w:sz w:val="16"/>
                    <w:lang w:val="fr-FR"/>
                  </w:rPr>
                  <w:t>☐</w:t>
                </w:r>
              </w:sdtContent>
            </w:sdt>
            <w:r w:rsidRPr="00F61A70">
              <w:rPr>
                <w:b/>
                <w:bCs/>
                <w:sz w:val="16"/>
                <w:lang w:val="fr-FR"/>
              </w:rPr>
              <w:t xml:space="preserve">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2019820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fr-FR"/>
                </w:rPr>
                <w:id w:val="-1829351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cs="Segoe UI Symbol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reparații</w:t>
            </w:r>
            <w:proofErr w:type="gramEnd"/>
            <w:r w:rsidRPr="005B29C5">
              <w:rPr>
                <w:sz w:val="16"/>
                <w:lang w:val="fr-FR"/>
              </w:rPr>
              <w:t xml:space="preserve"> capitale     </w:t>
            </w:r>
            <w:sdt>
              <w:sdtPr>
                <w:rPr>
                  <w:sz w:val="16"/>
                  <w:lang w:val="fr-FR"/>
                </w:rPr>
                <w:id w:val="103562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90148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sdt>
              <w:sdtPr>
                <w:rPr>
                  <w:sz w:val="16"/>
                  <w:lang w:val="fr-FR"/>
                </w:rPr>
                <w:id w:val="130720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5CD0B7F7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fr-FR"/>
                </w:rPr>
                <w:id w:val="8110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cs="Segoe UI Symbol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gramEnd"/>
            <w:r w:rsidRPr="005B29C5">
              <w:rPr>
                <w:sz w:val="16"/>
                <w:lang w:val="fr-FR"/>
              </w:rPr>
              <w:t xml:space="preserve">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sdt>
              <w:sdtPr>
                <w:rPr>
                  <w:sz w:val="16"/>
                  <w:lang w:val="fr-FR"/>
                </w:rPr>
                <w:id w:val="-139843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consolidare     </w:t>
            </w:r>
            <w:sdt>
              <w:sdtPr>
                <w:rPr>
                  <w:sz w:val="16"/>
                  <w:lang w:val="fr-FR"/>
                </w:rPr>
                <w:id w:val="-15507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modernizare, reabilitare     </w:t>
            </w:r>
            <w:sdt>
              <w:sdtPr>
                <w:rPr>
                  <w:sz w:val="16"/>
                  <w:lang w:val="fr-FR"/>
                </w:rPr>
                <w:id w:val="-48123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sdt>
              <w:sdtPr>
                <w:rPr>
                  <w:sz w:val="16"/>
                  <w:lang w:val="fr-FR"/>
                </w:rPr>
                <w:id w:val="-146758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5EB6C22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05535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conservare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sdt>
              <w:sdtPr>
                <w:rPr>
                  <w:sz w:val="16"/>
                  <w:lang w:val="fr-FR"/>
                </w:rPr>
                <w:id w:val="28139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9F5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125250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mansardare     </w:t>
            </w:r>
            <w:sdt>
              <w:sdtPr>
                <w:rPr>
                  <w:sz w:val="16"/>
                  <w:lang w:val="fr-FR"/>
                </w:rPr>
                <w:id w:val="26396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4CDA76BA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7393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gramEnd"/>
            <w:r w:rsidRPr="005B29C5">
              <w:rPr>
                <w:sz w:val="16"/>
                <w:lang w:val="fr-FR"/>
              </w:rPr>
              <w:t xml:space="preserve">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146950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946083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734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2C9E443A" w:rsidR="003C7CA3" w:rsidRPr="00F61A70" w:rsidRDefault="003A1734">
            <w:pPr>
              <w:keepNext/>
              <w:rPr>
                <w:b/>
                <w:bCs/>
                <w:lang w:val="fr-FR"/>
              </w:rPr>
            </w:pPr>
            <w:sdt>
              <w:sdtPr>
                <w:rPr>
                  <w:b/>
                  <w:bCs/>
                  <w:sz w:val="16"/>
                  <w:lang w:val="fr-FR"/>
                </w:rPr>
                <w:id w:val="199752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16"/>
                    <w:lang w:val="fr-FR"/>
                  </w:rPr>
                  <w:t>☐</w:t>
                </w:r>
              </w:sdtContent>
            </w:sdt>
            <w:r w:rsidR="003454F7"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1CD76EFA" w:rsidR="003C7CA3" w:rsidRPr="00F61A70" w:rsidRDefault="003A1734">
            <w:pPr>
              <w:keepNext/>
              <w:rPr>
                <w:b/>
                <w:bCs/>
              </w:rPr>
            </w:pPr>
            <w:sdt>
              <w:sdtPr>
                <w:rPr>
                  <w:b/>
                  <w:bCs/>
                  <w:sz w:val="16"/>
                </w:rPr>
                <w:id w:val="97726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16"/>
                  </w:rPr>
                  <w:t>☐</w:t>
                </w:r>
              </w:sdtContent>
            </w:sdt>
            <w:r w:rsidR="003454F7"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0D6F739F" w:rsidR="003C7CA3" w:rsidRDefault="003A1734">
            <w:pPr>
              <w:keepNext/>
            </w:pPr>
            <w:sdt>
              <w:sdtPr>
                <w:rPr>
                  <w:sz w:val="16"/>
                </w:rPr>
                <w:id w:val="-82119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4EB1FE20" w:rsidR="003C7CA3" w:rsidRPr="005B29C5" w:rsidRDefault="003A1734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20668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construcții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în zona de protecție a monumentelor istorice</w:t>
            </w:r>
          </w:p>
          <w:p w14:paraId="1914C10D" w14:textId="44FB95AA" w:rsidR="003C7CA3" w:rsidRPr="005B29C5" w:rsidRDefault="003A1734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54112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construcții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în zone construite protejate</w:t>
            </w:r>
          </w:p>
          <w:p w14:paraId="4C3ED46E" w14:textId="194AF639" w:rsidR="003C7CA3" w:rsidRPr="005B29C5" w:rsidRDefault="003A1734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55817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construcții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0EA1C3E7" w:rsidR="003C7CA3" w:rsidRPr="00F61A70" w:rsidRDefault="003A1734">
            <w:pPr>
              <w:keepNext/>
              <w:rPr>
                <w:b/>
                <w:bCs/>
                <w:lang w:val="fr-FR"/>
              </w:rPr>
            </w:pPr>
            <w:sdt>
              <w:sdtPr>
                <w:rPr>
                  <w:b/>
                  <w:bCs/>
                  <w:sz w:val="16"/>
                  <w:lang w:val="fr-FR"/>
                </w:rPr>
                <w:id w:val="-178156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16"/>
                    <w:lang w:val="fr-FR"/>
                  </w:rPr>
                  <w:t>☐</w:t>
                </w:r>
              </w:sdtContent>
            </w:sdt>
            <w:r w:rsidR="003454F7" w:rsidRPr="00F61A70">
              <w:rPr>
                <w:b/>
                <w:bCs/>
                <w:sz w:val="16"/>
                <w:lang w:val="fr-FR"/>
              </w:rPr>
              <w:t xml:space="preserve"> B.3 · realizate la clădiri / 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248C9AF1" w:rsidR="003C7CA3" w:rsidRPr="005B29C5" w:rsidRDefault="003A1734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40467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nu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40CD1A96" w:rsidR="003C7CA3" w:rsidRPr="005B29C5" w:rsidRDefault="003A1734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50444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se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2877AAED" w:rsidR="003C7CA3" w:rsidRDefault="00696B95">
            <w:pPr>
              <w:keepNext/>
            </w:pPr>
            <w:sdt>
              <w:sdtPr>
                <w:rPr>
                  <w:sz w:val="16"/>
                </w:rPr>
                <w:id w:val="-202253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C.1 · amenajări civile</w:t>
            </w:r>
          </w:p>
          <w:p w14:paraId="0894A1ED" w14:textId="28983039" w:rsidR="003C7CA3" w:rsidRDefault="00696B95">
            <w:pPr>
              <w:keepNext/>
            </w:pPr>
            <w:sdt>
              <w:sdtPr>
                <w:rPr>
                  <w:sz w:val="16"/>
                </w:rPr>
                <w:id w:val="145144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C.2 · amenajări și îmbunătățiri funciare</w:t>
            </w:r>
          </w:p>
          <w:p w14:paraId="4914BB2B" w14:textId="531790C7" w:rsidR="003C7CA3" w:rsidRDefault="00696B95">
            <w:pPr>
              <w:keepNext/>
            </w:pPr>
            <w:sdt>
              <w:sdtPr>
                <w:rPr>
                  <w:sz w:val="16"/>
                </w:rPr>
                <w:id w:val="-87153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C.3 · construcții provizorii / cu caracter temporar</w:t>
            </w:r>
          </w:p>
          <w:p w14:paraId="3B5D31B2" w14:textId="4C216457" w:rsidR="003C7CA3" w:rsidRDefault="00696B95">
            <w:pPr>
              <w:keepNext/>
            </w:pPr>
            <w:sdt>
              <w:sdtPr>
                <w:rPr>
                  <w:sz w:val="16"/>
                </w:rPr>
                <w:id w:val="-175690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6620FB9D" w:rsidR="003C7CA3" w:rsidRDefault="00696B95">
            <w:pPr>
              <w:keepNext/>
            </w:pPr>
            <w:sdt>
              <w:sdtPr>
                <w:rPr>
                  <w:sz w:val="16"/>
                </w:rPr>
                <w:id w:val="202860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C.5 · cercetări pentru zăcăminte naturale</w:t>
            </w:r>
          </w:p>
          <w:p w14:paraId="4C0C2C50" w14:textId="09860428" w:rsidR="003C7CA3" w:rsidRPr="005B29C5" w:rsidRDefault="00696B95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0797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5D458304" w:rsidR="003C7CA3" w:rsidRPr="005B29C5" w:rsidRDefault="00696B95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02115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39D59035" w:rsidR="003C7CA3" w:rsidRPr="005B29C5" w:rsidRDefault="00696B95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116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C.8 · organizare 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6742A0F" w:rsidR="003C7CA3" w:rsidRPr="005B29C5" w:rsidRDefault="00696B95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06700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3B6B0A78" w:rsidR="003C7CA3" w:rsidRPr="005B29C5" w:rsidRDefault="00696B95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203368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5ADF366C" w:rsidR="003C7CA3" w:rsidRPr="005B29C5" w:rsidRDefault="00696B95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59694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D.3 · rețele de comunicații electronice și infrastructurile fizice aferente</w:t>
            </w:r>
          </w:p>
          <w:p w14:paraId="40CA9785" w14:textId="29254A0C" w:rsidR="003C7CA3" w:rsidRPr="005B29C5" w:rsidRDefault="00696B95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0910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14ABA411" w:rsidR="003C7CA3" w:rsidRPr="005B29C5" w:rsidRDefault="00696B95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0634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68637D18" w:rsidR="003C7CA3" w:rsidRPr="005B29C5" w:rsidRDefault="00696B95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86167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322B7C31" w:rsidR="003C7CA3" w:rsidRDefault="00696B95">
            <w:sdt>
              <w:sdtPr>
                <w:rPr>
                  <w:sz w:val="16"/>
                </w:rPr>
                <w:id w:val="-21011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5D7A66F4" w:rsidR="003C7CA3" w:rsidRPr="005B29C5" w:rsidRDefault="00F637BC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54158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liber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de construcții     </w:t>
            </w:r>
            <w:sdt>
              <w:sdtPr>
                <w:rPr>
                  <w:sz w:val="16"/>
                  <w:lang w:val="fr-FR"/>
                </w:rPr>
                <w:id w:val="-198361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076858A4" w:rsidR="003C7CA3" w:rsidRPr="005B29C5" w:rsidRDefault="00F637BC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709416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direct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89169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4D64DDA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12901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7BC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terenul</w:t>
            </w:r>
            <w:proofErr w:type="gramEnd"/>
            <w:r w:rsidRPr="005B29C5">
              <w:rPr>
                <w:sz w:val="16"/>
                <w:lang w:val="fr-FR"/>
              </w:rPr>
              <w:t xml:space="preserve"> se află în zona de protecție a monumentelor istorice     </w:t>
            </w:r>
            <w:sdt>
              <w:sdtPr>
                <w:rPr>
                  <w:sz w:val="16"/>
                  <w:lang w:val="fr-FR"/>
                </w:rPr>
                <w:id w:val="84568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7BC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F637BC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F637B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F637BC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F637B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F637BC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F637BC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F637BC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F637BC">
            <w:pPr>
              <w:keepNext/>
            </w:pPr>
          </w:p>
        </w:tc>
      </w:tr>
      <w:tr w:rsidR="0007047E" w14:paraId="290E3B1A" w14:textId="77777777" w:rsidTr="00F637BC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F637B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F637BC">
            <w:pPr>
              <w:keepNext/>
            </w:pPr>
          </w:p>
        </w:tc>
      </w:tr>
      <w:tr w:rsidR="0007047E" w14:paraId="56C425C9" w14:textId="77777777" w:rsidTr="00F637BC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F637B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F637BC">
            <w:pPr>
              <w:keepNext/>
            </w:pPr>
          </w:p>
        </w:tc>
      </w:tr>
      <w:tr w:rsidR="0007047E" w14:paraId="1C398D53" w14:textId="77777777" w:rsidTr="00F637BC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F637B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F637BC">
            <w:pPr>
              <w:keepNext/>
            </w:pPr>
          </w:p>
        </w:tc>
      </w:tr>
      <w:tr w:rsidR="0007047E" w14:paraId="60C12F08" w14:textId="77777777" w:rsidTr="00F637BC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F637B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F637BC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F637BC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Identificarea clădirii în 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3754877A" w:rsidR="003C7CA3" w:rsidRPr="005B29C5" w:rsidRDefault="006B101B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50066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clădire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153168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corp de clădire     </w:t>
            </w:r>
            <w:sdt>
              <w:sdtPr>
                <w:rPr>
                  <w:sz w:val="16"/>
                  <w:lang w:val="fr-FR"/>
                </w:rPr>
                <w:id w:val="35222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36C4526D" w:rsidR="003C7CA3" w:rsidRPr="005B29C5" w:rsidRDefault="006B101B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30887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</w:t>
            </w:r>
            <w:proofErr w:type="gramStart"/>
            <w:r w:rsidR="003454F7" w:rsidRPr="005B29C5">
              <w:rPr>
                <w:sz w:val="16"/>
                <w:lang w:val="fr-FR"/>
              </w:rPr>
              <w:t>existentă</w:t>
            </w:r>
            <w:proofErr w:type="gramEnd"/>
            <w:r w:rsidR="003454F7"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20152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3454F7" w:rsidRPr="005B29C5">
              <w:rPr>
                <w:sz w:val="16"/>
                <w:lang w:val="fr-FR"/>
              </w:rPr>
              <w:t xml:space="preserve">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Suprafața construită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Construcții de 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5E7538E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967079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principale</w:t>
            </w:r>
            <w:proofErr w:type="gramEnd"/>
            <w:r w:rsidRPr="005B29C5">
              <w:rPr>
                <w:sz w:val="16"/>
                <w:lang w:val="fr-FR"/>
              </w:rPr>
              <w:t xml:space="preserve"> (permanente)     </w:t>
            </w:r>
            <w:sdt>
              <w:sdtPr>
                <w:rPr>
                  <w:sz w:val="16"/>
                  <w:lang w:val="fr-FR"/>
                </w:rPr>
                <w:id w:val="-151383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sezoniere (de vacanță)     </w:t>
            </w:r>
            <w:sdt>
              <w:sdtPr>
                <w:rPr>
                  <w:sz w:val="16"/>
                  <w:lang w:val="fr-FR"/>
                </w:rPr>
                <w:id w:val="-116608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pentru închiriere     </w:t>
            </w:r>
            <w:sdt>
              <w:sdtPr>
                <w:rPr>
                  <w:sz w:val="16"/>
                  <w:lang w:val="fr-FR"/>
                </w:rPr>
                <w:id w:val="116612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sociale     </w:t>
            </w:r>
            <w:sdt>
              <w:sdtPr>
                <w:rPr>
                  <w:sz w:val="16"/>
                  <w:lang w:val="fr-FR"/>
                </w:rPr>
                <w:id w:val="-104297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de serviciu     </w:t>
            </w:r>
            <w:sdt>
              <w:sdtPr>
                <w:rPr>
                  <w:sz w:val="16"/>
                  <w:lang w:val="fr-FR"/>
                </w:rPr>
                <w:id w:val="98126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de necesitate     </w:t>
            </w:r>
            <w:sdt>
              <w:sdtPr>
                <w:rPr>
                  <w:sz w:val="16"/>
                  <w:lang w:val="fr-FR"/>
                </w:rPr>
                <w:id w:val="-2066489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de intervenție     </w:t>
            </w:r>
            <w:sdt>
              <w:sdtPr>
                <w:rPr>
                  <w:sz w:val="16"/>
                  <w:lang w:val="fr-FR"/>
                </w:rPr>
                <w:id w:val="1273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Alte caracteristici ale 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659260B5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66150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apă</w:t>
            </w:r>
            <w:proofErr w:type="gramEnd"/>
            <w:r w:rsidRPr="005B29C5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210842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canalizare     </w:t>
            </w:r>
            <w:sdt>
              <w:sdtPr>
                <w:rPr>
                  <w:sz w:val="16"/>
                  <w:lang w:val="fr-FR"/>
                </w:rPr>
                <w:id w:val="-49102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energie electrică     </w:t>
            </w:r>
            <w:sdt>
              <w:sdtPr>
                <w:rPr>
                  <w:sz w:val="16"/>
                  <w:lang w:val="fr-FR"/>
                </w:rPr>
                <w:id w:val="-7042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energie termică     </w:t>
            </w:r>
            <w:sdt>
              <w:sdtPr>
                <w:rPr>
                  <w:sz w:val="16"/>
                  <w:lang w:val="fr-FR"/>
                </w:rPr>
                <w:id w:val="51990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gaze naturale     </w:t>
            </w:r>
            <w:sdt>
              <w:sdtPr>
                <w:rPr>
                  <w:sz w:val="16"/>
                  <w:lang w:val="fr-FR"/>
                </w:rPr>
                <w:id w:val="1092126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telefonizare     </w:t>
            </w:r>
            <w:sdt>
              <w:sdtPr>
                <w:rPr>
                  <w:sz w:val="16"/>
                  <w:lang w:val="fr-FR"/>
                </w:rPr>
                <w:id w:val="-55932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salubritate     </w:t>
            </w:r>
            <w:sdt>
              <w:sdtPr>
                <w:rPr>
                  <w:sz w:val="16"/>
                  <w:lang w:val="fr-FR"/>
                </w:rPr>
                <w:id w:val="-136829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transport urban     </w:t>
            </w:r>
            <w:sdt>
              <w:sdtPr>
                <w:rPr>
                  <w:sz w:val="16"/>
                  <w:lang w:val="fr-FR"/>
                </w:rPr>
                <w:id w:val="-108845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01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5B29C5">
              <w:rPr>
                <w:sz w:val="16"/>
                <w:lang w:val="fr-FR"/>
              </w:rPr>
              <w:t xml:space="preserve"> alte utilități:</w:t>
            </w:r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2750F8F6" w:rsidR="003C7CA3" w:rsidRDefault="00C46365">
            <w:pPr>
              <w:keepNext/>
            </w:pPr>
            <w:sdt>
              <w:sdtPr>
                <w:rPr>
                  <w:sz w:val="16"/>
                </w:rPr>
                <w:id w:val="-17997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identificată în registru     </w:t>
            </w:r>
            <w:sdt>
              <w:sdtPr>
                <w:rPr>
                  <w:sz w:val="16"/>
                </w:rPr>
                <w:id w:val="-45325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454F7">
              <w:rPr>
                <w:sz w:val="16"/>
              </w:rPr>
              <w:t xml:space="preserve">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F637BC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F637BC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F637BC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F637BC"/>
          <w:p w14:paraId="75C9E1F6" w14:textId="77777777" w:rsidR="00913191" w:rsidRDefault="00913191" w:rsidP="00F637BC"/>
          <w:p w14:paraId="5CEEA210" w14:textId="77777777" w:rsidR="00913191" w:rsidRDefault="00913191" w:rsidP="00F637BC"/>
          <w:p w14:paraId="49CC17DA" w14:textId="77777777" w:rsidR="00913191" w:rsidRDefault="00913191" w:rsidP="00F637BC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F637BC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F637BC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F637BC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F637BC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F637BC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F637BC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F637BC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F637BC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F637BC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F637BC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F637BC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F637BC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F637BC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F637BC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F637BC"/>
        </w:tc>
        <w:tc>
          <w:tcPr>
            <w:tcW w:w="4818" w:type="dxa"/>
          </w:tcPr>
          <w:p w14:paraId="0FD4A589" w14:textId="1EE59EF2" w:rsidR="00481869" w:rsidRDefault="00481869" w:rsidP="00F637BC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F637BC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F637B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F637BC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F637BC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F637BC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F637BC"/>
        </w:tc>
        <w:tc>
          <w:tcPr>
            <w:tcW w:w="1606" w:type="dxa"/>
          </w:tcPr>
          <w:p w14:paraId="28EE7D57" w14:textId="77777777" w:rsidR="00481869" w:rsidRDefault="00481869" w:rsidP="00F637BC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F637BC"/>
        </w:tc>
        <w:tc>
          <w:tcPr>
            <w:tcW w:w="3212" w:type="dxa"/>
          </w:tcPr>
          <w:p w14:paraId="4217163A" w14:textId="77777777" w:rsidR="00481869" w:rsidRDefault="00481869" w:rsidP="00F637BC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F637BC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9"/>
      <w:footerReference w:type="default" r:id="rId10"/>
      <w:headerReference w:type="first" r:id="rId11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24B5D" w14:textId="77777777" w:rsidR="005653A5" w:rsidRDefault="005653A5">
      <w:r>
        <w:separator/>
      </w:r>
    </w:p>
  </w:endnote>
  <w:endnote w:type="continuationSeparator" w:id="0">
    <w:p w14:paraId="13371E6C" w14:textId="77777777" w:rsidR="005653A5" w:rsidRDefault="0056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F637BC" w:rsidRDefault="00F637BC">
    <w:pPr>
      <w:pStyle w:val="Footer"/>
      <w:tabs>
        <w:tab w:val="right" w:pos="9639"/>
      </w:tabs>
    </w:pPr>
    <w:r>
      <w:rPr>
        <w:color w:val="595959"/>
      </w:rPr>
      <w:t>F_A_01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52CE0" w14:textId="77777777" w:rsidR="005653A5" w:rsidRDefault="005653A5">
      <w:r>
        <w:separator/>
      </w:r>
    </w:p>
  </w:footnote>
  <w:footnote w:type="continuationSeparator" w:id="0">
    <w:p w14:paraId="4A552597" w14:textId="77777777" w:rsidR="005653A5" w:rsidRDefault="00565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F637BC" w:rsidRDefault="00F637B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F637BC" w:rsidRDefault="00F637B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F637BC" w:rsidRPr="002B61AC" w:rsidRDefault="00F637B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0D3E"/>
    <w:rsid w:val="002E47B8"/>
    <w:rsid w:val="0031113E"/>
    <w:rsid w:val="00326F90"/>
    <w:rsid w:val="003454F7"/>
    <w:rsid w:val="003A1734"/>
    <w:rsid w:val="003C7CA3"/>
    <w:rsid w:val="003F6F31"/>
    <w:rsid w:val="00481869"/>
    <w:rsid w:val="005279F5"/>
    <w:rsid w:val="005375AB"/>
    <w:rsid w:val="005653A5"/>
    <w:rsid w:val="005B29C5"/>
    <w:rsid w:val="00696B95"/>
    <w:rsid w:val="006B101B"/>
    <w:rsid w:val="006C103E"/>
    <w:rsid w:val="00717427"/>
    <w:rsid w:val="007E5D45"/>
    <w:rsid w:val="00913191"/>
    <w:rsid w:val="00961A7F"/>
    <w:rsid w:val="009E435D"/>
    <w:rsid w:val="00A80531"/>
    <w:rsid w:val="00AA1D8D"/>
    <w:rsid w:val="00B0669A"/>
    <w:rsid w:val="00B47730"/>
    <w:rsid w:val="00C32AB5"/>
    <w:rsid w:val="00C46365"/>
    <w:rsid w:val="00C46767"/>
    <w:rsid w:val="00CB0664"/>
    <w:rsid w:val="00CD3FD2"/>
    <w:rsid w:val="00DB3B82"/>
    <w:rsid w:val="00E61A6B"/>
    <w:rsid w:val="00E9623F"/>
    <w:rsid w:val="00EC2567"/>
    <w:rsid w:val="00F61A70"/>
    <w:rsid w:val="00F637BC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D174E3-442A-4A88-B5A5-EAA8CA2F4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2455</Words>
  <Characters>13996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Maria</dc:creator>
  <cp:keywords/>
  <cp:lastModifiedBy>Alexandru Maria</cp:lastModifiedBy>
  <cp:revision>3</cp:revision>
  <dcterms:created xsi:type="dcterms:W3CDTF">2026-09-11T06:52:00Z</dcterms:created>
  <dcterms:modified xsi:type="dcterms:W3CDTF">2026-09-11T06:53:00Z</dcterms:modified>
  <cp:category/>
</cp:coreProperties>
</file>