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53F27" w14:paraId="1108F270" w14:textId="77777777" w:rsidTr="003D28FF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303EC1B" w14:textId="77777777" w:rsidR="00553F27" w:rsidRDefault="00553F27" w:rsidP="003D28FF">
            <w:pPr>
              <w:keepNext/>
              <w:jc w:val="center"/>
            </w:pPr>
            <w:r>
              <w:rPr>
                <w:b/>
                <w:noProof/>
                <w:color w:val="0D5F78"/>
              </w:rPr>
              <w:drawing>
                <wp:inline distT="0" distB="0" distL="0" distR="0" wp14:anchorId="5FC75937" wp14:editId="7DB673A2">
                  <wp:extent cx="683288" cy="1101196"/>
                  <wp:effectExtent l="0" t="0" r="254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734" cy="116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7885B61A" w14:textId="77777777" w:rsidR="00553F27" w:rsidRDefault="00553F27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CA7EBAC" w14:textId="77777777" w:rsidR="00553F27" w:rsidRDefault="00553F27" w:rsidP="003D28FF">
            <w:pPr>
              <w:keepNext/>
            </w:pPr>
            <w:r w:rsidRPr="00B86B80">
              <w:rPr>
                <w:b/>
              </w:rPr>
              <w:t>MUNICIPIUL BUCUREȘTI</w:t>
            </w:r>
          </w:p>
        </w:tc>
      </w:tr>
      <w:tr w:rsidR="00553F27" w14:paraId="0F3672FF" w14:textId="77777777" w:rsidTr="003D28FF">
        <w:trPr>
          <w:cantSplit/>
          <w:trHeight w:val="510"/>
        </w:trPr>
        <w:tc>
          <w:tcPr>
            <w:tcW w:w="1606" w:type="dxa"/>
            <w:vMerge/>
          </w:tcPr>
          <w:p w14:paraId="1F497B12" w14:textId="77777777" w:rsidR="00553F27" w:rsidRDefault="00553F27" w:rsidP="003D28FF"/>
        </w:tc>
        <w:tc>
          <w:tcPr>
            <w:tcW w:w="8030" w:type="dxa"/>
            <w:gridSpan w:val="3"/>
          </w:tcPr>
          <w:p w14:paraId="610326D9" w14:textId="77777777" w:rsidR="00553F27" w:rsidRDefault="00553F27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0F62D58" w14:textId="77777777" w:rsidR="00553F27" w:rsidRDefault="00553F27" w:rsidP="003D28FF">
            <w:pPr>
              <w:keepNext/>
            </w:pPr>
            <w:r w:rsidRPr="00B86B80">
              <w:rPr>
                <w:b/>
                <w:bCs/>
                <w:szCs w:val="15"/>
              </w:rPr>
              <w:t>SECTORUL 3 AL MUNICIPIULUI BUCUREȘTI</w:t>
            </w:r>
          </w:p>
        </w:tc>
      </w:tr>
      <w:tr w:rsidR="00553F27" w14:paraId="18F10271" w14:textId="77777777" w:rsidTr="003D28FF">
        <w:trPr>
          <w:cantSplit/>
          <w:trHeight w:val="510"/>
        </w:trPr>
        <w:tc>
          <w:tcPr>
            <w:tcW w:w="1606" w:type="dxa"/>
            <w:vMerge/>
          </w:tcPr>
          <w:p w14:paraId="36E654F0" w14:textId="77777777" w:rsidR="00553F27" w:rsidRDefault="00553F27" w:rsidP="003D28FF"/>
        </w:tc>
        <w:tc>
          <w:tcPr>
            <w:tcW w:w="2409" w:type="dxa"/>
          </w:tcPr>
          <w:p w14:paraId="3D554CC9" w14:textId="77777777" w:rsidR="00553F27" w:rsidRPr="00D20322" w:rsidRDefault="00553F27" w:rsidP="003D28FF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0C6F8D72" w14:textId="77777777" w:rsidR="00553F27" w:rsidRPr="00D20322" w:rsidRDefault="00553F27" w:rsidP="003D28FF">
            <w:pPr>
              <w:keepNext/>
              <w:rPr>
                <w:lang w:val="fr-FR"/>
              </w:rPr>
            </w:pPr>
            <w:r w:rsidRPr="00B86B80">
              <w:rPr>
                <w:b/>
                <w:lang w:val="fr-FR"/>
              </w:rPr>
              <w:t>4420465</w:t>
            </w:r>
          </w:p>
        </w:tc>
        <w:tc>
          <w:tcPr>
            <w:tcW w:w="5621" w:type="dxa"/>
            <w:gridSpan w:val="2"/>
          </w:tcPr>
          <w:p w14:paraId="2E91FA66" w14:textId="77777777" w:rsidR="00553F27" w:rsidRDefault="00553F27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13FE66F" w14:textId="77777777" w:rsidR="00553F27" w:rsidRPr="00B86B80" w:rsidRDefault="00553F27" w:rsidP="003D28F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Bulevardul Basarabia nr. 256, Sector 3, București</w:t>
            </w:r>
          </w:p>
          <w:p w14:paraId="7B77FFD2" w14:textId="77777777" w:rsidR="00553F27" w:rsidRPr="00B86B80" w:rsidRDefault="00553F27" w:rsidP="003D28F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Telefon: 021.318.03.23; Fax: 021.318.03.04</w:t>
            </w:r>
          </w:p>
          <w:p w14:paraId="459E10C7" w14:textId="77777777" w:rsidR="00553F27" w:rsidRDefault="00553F27" w:rsidP="003D28FF">
            <w:pPr>
              <w:keepNext/>
            </w:pPr>
            <w:r w:rsidRPr="00B86B80">
              <w:rPr>
                <w:b/>
                <w:lang w:val="ro-RO"/>
              </w:rPr>
              <w:t>E-mail: relatiipublice@primarie3.ro</w:t>
            </w:r>
          </w:p>
          <w:p w14:paraId="5BF674F0" w14:textId="77777777" w:rsidR="00553F27" w:rsidRDefault="00553F27" w:rsidP="003D28FF">
            <w:pPr>
              <w:keepNext/>
            </w:pPr>
          </w:p>
        </w:tc>
      </w:tr>
      <w:tr w:rsidR="00553F27" w14:paraId="52960193" w14:textId="77777777" w:rsidTr="00553F27">
        <w:trPr>
          <w:cantSplit/>
          <w:trHeight w:val="323"/>
        </w:trPr>
        <w:tc>
          <w:tcPr>
            <w:tcW w:w="1606" w:type="dxa"/>
            <w:vMerge/>
          </w:tcPr>
          <w:p w14:paraId="70F76810" w14:textId="77777777" w:rsidR="00553F27" w:rsidRDefault="00553F27" w:rsidP="003D28FF"/>
        </w:tc>
        <w:tc>
          <w:tcPr>
            <w:tcW w:w="4818" w:type="dxa"/>
            <w:gridSpan w:val="2"/>
          </w:tcPr>
          <w:p w14:paraId="5E6024CC" w14:textId="77777777" w:rsidR="00553F27" w:rsidRDefault="00553F27" w:rsidP="003D28FF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9709109" w14:textId="77777777" w:rsidR="00553F27" w:rsidRDefault="00553F27" w:rsidP="003D28FF"/>
        </w:tc>
        <w:tc>
          <w:tcPr>
            <w:tcW w:w="3212" w:type="dxa"/>
          </w:tcPr>
          <w:p w14:paraId="5E78C176" w14:textId="77777777" w:rsidR="00553F27" w:rsidRDefault="00553F27" w:rsidP="003D28FF">
            <w:r>
              <w:rPr>
                <w:b/>
                <w:color w:val="0D5F78"/>
              </w:rPr>
              <w:t>Data</w:t>
            </w:r>
          </w:p>
          <w:p w14:paraId="59A2B8BD" w14:textId="77777777" w:rsidR="00553F27" w:rsidRDefault="00553F27" w:rsidP="003D28FF"/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2B5F7A">
      <w:pPr>
        <w:spacing w:before="140" w:after="40"/>
        <w:jc w:val="center"/>
        <w:rPr>
          <w:sz w:val="28"/>
          <w:szCs w:val="28"/>
        </w:rPr>
      </w:pPr>
      <w:bookmarkStart w:id="0" w:name="_GoBack"/>
      <w:bookmarkEnd w:id="0"/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2B5F7A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2B5F7A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2B5F7A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2B5F7A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</w:t>
            </w:r>
            <w:r w:rsidRPr="009D5BC3">
              <w:rPr>
                <w:lang w:val="fr-FR"/>
              </w:rPr>
              <w:t>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2B5F7A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2B5F7A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2B5F7A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2B5F7A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2B5F7A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2B5F7A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2B5F7A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2B5F7A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2B5F7A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2B5F7A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2B5F7A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2B5F7A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2B5F7A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196401CE" w:rsidR="007F2503" w:rsidRPr="007F2503" w:rsidRDefault="00553F27" w:rsidP="007F2503">
      <w:pPr>
        <w:keepNext/>
        <w:jc w:val="center"/>
        <w:rPr>
          <w:sz w:val="20"/>
          <w:szCs w:val="20"/>
          <w:lang w:val="fr-FR"/>
        </w:rPr>
      </w:pPr>
      <w:sdt>
        <w:sdtPr>
          <w:rPr>
            <w:sz w:val="20"/>
            <w:szCs w:val="20"/>
            <w:lang w:val="fr-FR"/>
          </w:rPr>
          <w:id w:val="-286744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  <w:lang w:val="fr-FR"/>
            </w:rPr>
            <w:t>☐</w:t>
          </w:r>
        </w:sdtContent>
      </w:sdt>
      <w:r w:rsidR="009D5BC3" w:rsidRPr="007F250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="009D5BC3" w:rsidRPr="007F2503">
        <w:rPr>
          <w:sz w:val="20"/>
          <w:szCs w:val="20"/>
          <w:lang w:val="fr-FR"/>
        </w:rPr>
        <w:t>prelungirea</w:t>
      </w:r>
      <w:proofErr w:type="spellEnd"/>
      <w:proofErr w:type="gramEnd"/>
      <w:r w:rsidR="009D5BC3"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="009D5BC3" w:rsidRPr="007F2503">
        <w:rPr>
          <w:sz w:val="20"/>
          <w:szCs w:val="20"/>
          <w:lang w:val="fr-FR"/>
        </w:rPr>
        <w:t>pentru</w:t>
      </w:r>
      <w:proofErr w:type="spellEnd"/>
      <w:r w:rsidR="009D5BC3" w:rsidRPr="007F2503">
        <w:rPr>
          <w:sz w:val="20"/>
          <w:szCs w:val="20"/>
          <w:lang w:val="fr-FR"/>
        </w:rPr>
        <w:t xml:space="preserve"> </w:t>
      </w:r>
      <w:proofErr w:type="spellStart"/>
      <w:r w:rsidR="009D5BC3" w:rsidRPr="007F2503">
        <w:rPr>
          <w:sz w:val="20"/>
          <w:szCs w:val="20"/>
          <w:lang w:val="fr-FR"/>
        </w:rPr>
        <w:t>cel</w:t>
      </w:r>
      <w:proofErr w:type="spellEnd"/>
      <w:r w:rsidR="009D5BC3" w:rsidRPr="007F2503">
        <w:rPr>
          <w:sz w:val="20"/>
          <w:szCs w:val="20"/>
          <w:lang w:val="fr-FR"/>
        </w:rPr>
        <w:t xml:space="preserve"> </w:t>
      </w:r>
      <w:proofErr w:type="spellStart"/>
      <w:r w:rsidR="009D5BC3" w:rsidRPr="007F2503">
        <w:rPr>
          <w:sz w:val="20"/>
          <w:szCs w:val="20"/>
          <w:lang w:val="fr-FR"/>
        </w:rPr>
        <w:t>mult</w:t>
      </w:r>
      <w:proofErr w:type="spellEnd"/>
      <w:r w:rsidR="009D5BC3" w:rsidRPr="007F2503">
        <w:rPr>
          <w:sz w:val="20"/>
          <w:szCs w:val="20"/>
          <w:lang w:val="fr-FR"/>
        </w:rPr>
        <w:t xml:space="preserve"> 12 </w:t>
      </w:r>
      <w:proofErr w:type="spellStart"/>
      <w:r w:rsidR="009D5BC3" w:rsidRPr="007F2503">
        <w:rPr>
          <w:sz w:val="20"/>
          <w:szCs w:val="20"/>
          <w:lang w:val="fr-FR"/>
        </w:rPr>
        <w:t>luni</w:t>
      </w:r>
      <w:proofErr w:type="spellEnd"/>
      <w:r w:rsidR="009D5BC3" w:rsidRPr="007F2503">
        <w:rPr>
          <w:sz w:val="20"/>
          <w:szCs w:val="20"/>
          <w:lang w:val="fr-FR"/>
        </w:rPr>
        <w:t xml:space="preserve">  /</w:t>
      </w:r>
    </w:p>
    <w:p w14:paraId="035B2E14" w14:textId="5886ABB9" w:rsidR="007A6244" w:rsidRPr="007F2503" w:rsidRDefault="00553F27" w:rsidP="007F2503">
      <w:pPr>
        <w:keepNext/>
        <w:jc w:val="center"/>
        <w:rPr>
          <w:sz w:val="20"/>
          <w:szCs w:val="20"/>
          <w:lang w:val="fr-FR"/>
        </w:rPr>
      </w:pPr>
      <w:sdt>
        <w:sdtPr>
          <w:rPr>
            <w:sz w:val="20"/>
            <w:szCs w:val="20"/>
            <w:lang w:val="fr-FR"/>
          </w:rPr>
          <w:id w:val="602311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  <w:lang w:val="fr-FR"/>
            </w:rPr>
            <w:t>☐</w:t>
          </w:r>
        </w:sdtContent>
      </w:sdt>
      <w:r w:rsidR="009D5BC3" w:rsidRPr="007F250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="009D5BC3" w:rsidRPr="007F2503">
        <w:rPr>
          <w:sz w:val="20"/>
          <w:szCs w:val="20"/>
          <w:lang w:val="fr-FR"/>
        </w:rPr>
        <w:t>prelungirea</w:t>
      </w:r>
      <w:proofErr w:type="spellEnd"/>
      <w:proofErr w:type="gramEnd"/>
      <w:r w:rsidR="009D5BC3" w:rsidRPr="007F2503">
        <w:rPr>
          <w:sz w:val="20"/>
          <w:szCs w:val="20"/>
          <w:lang w:val="fr-FR"/>
        </w:rPr>
        <w:t xml:space="preserve"> VALABILITĂȚII </w:t>
      </w:r>
      <w:proofErr w:type="spellStart"/>
      <w:r w:rsidR="009D5BC3" w:rsidRPr="007F2503">
        <w:rPr>
          <w:sz w:val="20"/>
          <w:szCs w:val="20"/>
          <w:lang w:val="fr-FR"/>
        </w:rPr>
        <w:t>autorizației</w:t>
      </w:r>
      <w:proofErr w:type="spellEnd"/>
      <w:r w:rsidR="009D5BC3" w:rsidRPr="007F2503">
        <w:rPr>
          <w:sz w:val="20"/>
          <w:szCs w:val="20"/>
          <w:lang w:val="fr-FR"/>
        </w:rPr>
        <w:t xml:space="preserve">, </w:t>
      </w:r>
      <w:proofErr w:type="spellStart"/>
      <w:r w:rsidR="009D5BC3" w:rsidRPr="007F2503">
        <w:rPr>
          <w:sz w:val="20"/>
          <w:szCs w:val="20"/>
          <w:lang w:val="fr-FR"/>
        </w:rPr>
        <w:t>pentru</w:t>
      </w:r>
      <w:proofErr w:type="spellEnd"/>
      <w:r w:rsidR="009D5BC3" w:rsidRPr="007F2503">
        <w:rPr>
          <w:sz w:val="20"/>
          <w:szCs w:val="20"/>
          <w:lang w:val="fr-FR"/>
        </w:rPr>
        <w:t xml:space="preserve"> </w:t>
      </w:r>
      <w:proofErr w:type="spellStart"/>
      <w:r w:rsidR="009D5BC3" w:rsidRPr="007F2503">
        <w:rPr>
          <w:sz w:val="20"/>
          <w:szCs w:val="20"/>
          <w:lang w:val="fr-FR"/>
        </w:rPr>
        <w:t>cel</w:t>
      </w:r>
      <w:proofErr w:type="spellEnd"/>
      <w:r w:rsidR="009D5BC3" w:rsidRPr="007F2503">
        <w:rPr>
          <w:sz w:val="20"/>
          <w:szCs w:val="20"/>
          <w:lang w:val="fr-FR"/>
        </w:rPr>
        <w:t xml:space="preserve"> </w:t>
      </w:r>
      <w:proofErr w:type="spellStart"/>
      <w:r w:rsidR="009D5BC3" w:rsidRPr="007F2503">
        <w:rPr>
          <w:sz w:val="20"/>
          <w:szCs w:val="20"/>
          <w:lang w:val="fr-FR"/>
        </w:rPr>
        <w:t>mult</w:t>
      </w:r>
      <w:proofErr w:type="spellEnd"/>
      <w:r w:rsidR="009D5BC3" w:rsidRPr="007F2503">
        <w:rPr>
          <w:sz w:val="20"/>
          <w:szCs w:val="20"/>
          <w:lang w:val="fr-FR"/>
        </w:rPr>
        <w:t xml:space="preserve"> 12 </w:t>
      </w:r>
      <w:proofErr w:type="spellStart"/>
      <w:r w:rsidR="009D5BC3"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2B5F7A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2B5F7A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2B5F7A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B510D96" w:rsidR="007A6244" w:rsidRPr="009D5BC3" w:rsidRDefault="002B5F7A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84517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F2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proofErr w:type="gram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original)     </w:t>
            </w:r>
            <w:sdt>
              <w:sdtPr>
                <w:rPr>
                  <w:sz w:val="16"/>
                  <w:lang w:val="fr-FR"/>
                </w:rPr>
                <w:id w:val="-1245190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F2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2B5F7A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2B5F7A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2B5F7A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2B5F7A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C2730" w14:textId="77777777" w:rsidR="002B5F7A" w:rsidRDefault="002B5F7A">
      <w:r>
        <w:separator/>
      </w:r>
    </w:p>
  </w:endnote>
  <w:endnote w:type="continuationSeparator" w:id="0">
    <w:p w14:paraId="52A7C181" w14:textId="77777777" w:rsidR="002B5F7A" w:rsidRDefault="002B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319F4" w14:textId="2E95B5F8" w:rsidR="007A6244" w:rsidRDefault="002B5F7A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CD3DA" w14:textId="77777777" w:rsidR="002B5F7A" w:rsidRDefault="002B5F7A">
      <w:r>
        <w:separator/>
      </w:r>
    </w:p>
  </w:footnote>
  <w:footnote w:type="continuationSeparator" w:id="0">
    <w:p w14:paraId="1BCF9DFB" w14:textId="77777777" w:rsidR="002B5F7A" w:rsidRDefault="002B5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5F7A"/>
    <w:rsid w:val="00326F90"/>
    <w:rsid w:val="00553F27"/>
    <w:rsid w:val="006C103E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01078E-BA2C-4567-ADAC-61FE85530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Alexandru Maria</cp:lastModifiedBy>
  <cp:revision>2</cp:revision>
  <dcterms:created xsi:type="dcterms:W3CDTF">2013-12-23T23:15:00Z</dcterms:created>
  <dcterms:modified xsi:type="dcterms:W3CDTF">2026-09-11T06:55:00Z</dcterms:modified>
  <cp:category/>
</cp:coreProperties>
</file>