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51585A" w14:paraId="7407C459" w14:textId="77777777" w:rsidTr="00282F6F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63F18372" w14:textId="77777777" w:rsidR="0051585A" w:rsidRDefault="0051585A" w:rsidP="00282F6F">
            <w:pPr>
              <w:keepNext/>
              <w:jc w:val="center"/>
            </w:pPr>
            <w:r>
              <w:rPr>
                <w:b/>
                <w:noProof/>
                <w:color w:val="0D5F78"/>
              </w:rPr>
              <w:drawing>
                <wp:inline distT="0" distB="0" distL="0" distR="0" wp14:anchorId="799DEE40" wp14:editId="3ACA02AA">
                  <wp:extent cx="683288" cy="1101196"/>
                  <wp:effectExtent l="0" t="0" r="2540" b="381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1734" cy="11631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434C8AC0" w14:textId="77777777" w:rsidR="0051585A" w:rsidRDefault="0051585A" w:rsidP="00282F6F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6A73B586" w14:textId="77777777" w:rsidR="0051585A" w:rsidRDefault="0051585A" w:rsidP="00282F6F">
            <w:pPr>
              <w:keepNext/>
            </w:pPr>
            <w:r w:rsidRPr="00B86B80">
              <w:rPr>
                <w:b/>
              </w:rPr>
              <w:t>MUNICIPIUL BUCUREȘTI</w:t>
            </w:r>
          </w:p>
        </w:tc>
      </w:tr>
      <w:tr w:rsidR="0051585A" w14:paraId="5002FDDC" w14:textId="77777777" w:rsidTr="00282F6F">
        <w:trPr>
          <w:cantSplit/>
          <w:trHeight w:val="510"/>
        </w:trPr>
        <w:tc>
          <w:tcPr>
            <w:tcW w:w="1606" w:type="dxa"/>
            <w:vMerge/>
          </w:tcPr>
          <w:p w14:paraId="69046F09" w14:textId="77777777" w:rsidR="0051585A" w:rsidRDefault="0051585A" w:rsidP="00282F6F"/>
        </w:tc>
        <w:tc>
          <w:tcPr>
            <w:tcW w:w="8030" w:type="dxa"/>
            <w:gridSpan w:val="3"/>
          </w:tcPr>
          <w:p w14:paraId="6A248AE7" w14:textId="77777777" w:rsidR="0051585A" w:rsidRDefault="0051585A" w:rsidP="00282F6F">
            <w:pPr>
              <w:keepNext/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</w:p>
          <w:p w14:paraId="16F1A992" w14:textId="77777777" w:rsidR="0051585A" w:rsidRDefault="0051585A" w:rsidP="00282F6F">
            <w:pPr>
              <w:keepNext/>
            </w:pPr>
            <w:r w:rsidRPr="00B86B80">
              <w:rPr>
                <w:b/>
                <w:bCs/>
                <w:szCs w:val="15"/>
              </w:rPr>
              <w:t>SECTORUL 3 AL MUNICIPIULUI BUCUREȘTI</w:t>
            </w:r>
          </w:p>
        </w:tc>
      </w:tr>
      <w:tr w:rsidR="0051585A" w14:paraId="6330DDB3" w14:textId="77777777" w:rsidTr="00282F6F">
        <w:trPr>
          <w:cantSplit/>
          <w:trHeight w:val="510"/>
        </w:trPr>
        <w:tc>
          <w:tcPr>
            <w:tcW w:w="1606" w:type="dxa"/>
            <w:vMerge/>
          </w:tcPr>
          <w:p w14:paraId="1DD1C720" w14:textId="77777777" w:rsidR="0051585A" w:rsidRDefault="0051585A" w:rsidP="00282F6F"/>
        </w:tc>
        <w:tc>
          <w:tcPr>
            <w:tcW w:w="2409" w:type="dxa"/>
          </w:tcPr>
          <w:p w14:paraId="13D0E72D" w14:textId="77777777" w:rsidR="0051585A" w:rsidRPr="00D20322" w:rsidRDefault="0051585A" w:rsidP="00282F6F">
            <w:pPr>
              <w:keepNext/>
              <w:rPr>
                <w:lang w:val="fr-FR"/>
              </w:rPr>
            </w:pPr>
            <w:r w:rsidRPr="00D20322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(CIF)</w:t>
            </w:r>
          </w:p>
          <w:p w14:paraId="504166F0" w14:textId="77777777" w:rsidR="0051585A" w:rsidRPr="00D20322" w:rsidRDefault="0051585A" w:rsidP="00282F6F">
            <w:pPr>
              <w:keepNext/>
              <w:rPr>
                <w:lang w:val="fr-FR"/>
              </w:rPr>
            </w:pPr>
            <w:r w:rsidRPr="00B86B80">
              <w:rPr>
                <w:b/>
                <w:lang w:val="fr-FR"/>
              </w:rPr>
              <w:t>4420465</w:t>
            </w:r>
          </w:p>
        </w:tc>
        <w:tc>
          <w:tcPr>
            <w:tcW w:w="5621" w:type="dxa"/>
            <w:gridSpan w:val="2"/>
          </w:tcPr>
          <w:p w14:paraId="7816EADD" w14:textId="77777777" w:rsidR="0051585A" w:rsidRDefault="0051585A" w:rsidP="00282F6F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223D0CC9" w14:textId="77777777" w:rsidR="0051585A" w:rsidRPr="00B86B80" w:rsidRDefault="0051585A" w:rsidP="00282F6F">
            <w:pPr>
              <w:keepNext/>
              <w:rPr>
                <w:b/>
                <w:lang w:val="ro-RO"/>
              </w:rPr>
            </w:pPr>
            <w:r w:rsidRPr="00B86B80">
              <w:rPr>
                <w:b/>
                <w:lang w:val="ro-RO"/>
              </w:rPr>
              <w:t>Bulevardul Basarabia nr. 256, Sector 3, București</w:t>
            </w:r>
          </w:p>
          <w:p w14:paraId="1B202F19" w14:textId="77777777" w:rsidR="0051585A" w:rsidRPr="00B86B80" w:rsidRDefault="0051585A" w:rsidP="00282F6F">
            <w:pPr>
              <w:keepNext/>
              <w:rPr>
                <w:b/>
                <w:lang w:val="ro-RO"/>
              </w:rPr>
            </w:pPr>
            <w:r w:rsidRPr="00B86B80">
              <w:rPr>
                <w:b/>
                <w:lang w:val="ro-RO"/>
              </w:rPr>
              <w:t>Telefon: 021.318.03.23; Fax: 021.318.03.04</w:t>
            </w:r>
          </w:p>
          <w:p w14:paraId="3CBB8EC6" w14:textId="77777777" w:rsidR="0051585A" w:rsidRDefault="0051585A" w:rsidP="00282F6F">
            <w:pPr>
              <w:keepNext/>
            </w:pPr>
            <w:r w:rsidRPr="00B86B80">
              <w:rPr>
                <w:b/>
                <w:lang w:val="ro-RO"/>
              </w:rPr>
              <w:t>E-mail: relatiipublice@primarie3.ro</w:t>
            </w:r>
          </w:p>
          <w:p w14:paraId="026120B8" w14:textId="77777777" w:rsidR="0051585A" w:rsidRDefault="0051585A" w:rsidP="00282F6F">
            <w:pPr>
              <w:keepNext/>
            </w:pPr>
          </w:p>
        </w:tc>
      </w:tr>
      <w:tr w:rsidR="0051585A" w14:paraId="3FE61AC6" w14:textId="77777777" w:rsidTr="00282F6F">
        <w:trPr>
          <w:cantSplit/>
          <w:trHeight w:val="510"/>
        </w:trPr>
        <w:tc>
          <w:tcPr>
            <w:tcW w:w="1606" w:type="dxa"/>
            <w:vMerge/>
          </w:tcPr>
          <w:p w14:paraId="64B61855" w14:textId="77777777" w:rsidR="0051585A" w:rsidRDefault="0051585A" w:rsidP="00282F6F"/>
        </w:tc>
        <w:tc>
          <w:tcPr>
            <w:tcW w:w="4818" w:type="dxa"/>
            <w:gridSpan w:val="2"/>
          </w:tcPr>
          <w:p w14:paraId="38D072D6" w14:textId="77777777" w:rsidR="0051585A" w:rsidRDefault="0051585A" w:rsidP="00282F6F">
            <w:r>
              <w:rPr>
                <w:b/>
                <w:color w:val="0D5F78"/>
              </w:rPr>
              <w:t xml:space="preserve">Nr.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2FD23C2F" w14:textId="77777777" w:rsidR="0051585A" w:rsidRDefault="0051585A" w:rsidP="00282F6F"/>
        </w:tc>
        <w:tc>
          <w:tcPr>
            <w:tcW w:w="3212" w:type="dxa"/>
          </w:tcPr>
          <w:p w14:paraId="2F5B92A5" w14:textId="77777777" w:rsidR="0051585A" w:rsidRDefault="0051585A" w:rsidP="00282F6F">
            <w:r>
              <w:rPr>
                <w:b/>
                <w:color w:val="0D5F78"/>
              </w:rPr>
              <w:t>Data</w:t>
            </w:r>
          </w:p>
          <w:p w14:paraId="671586ED" w14:textId="77777777" w:rsidR="0051585A" w:rsidRDefault="0051585A" w:rsidP="00282F6F"/>
        </w:tc>
      </w:tr>
    </w:tbl>
    <w:p w14:paraId="1FB5BB70" w14:textId="77777777" w:rsidR="00E25052" w:rsidRPr="00F801F2" w:rsidRDefault="00E25052">
      <w:pPr>
        <w:spacing w:line="168" w:lineRule="auto"/>
        <w:rPr>
          <w:lang w:val="fr-FR"/>
        </w:rPr>
      </w:pPr>
    </w:p>
    <w:p w14:paraId="19E46984" w14:textId="77777777" w:rsidR="00E25052" w:rsidRPr="0021562A" w:rsidRDefault="00552335">
      <w:pPr>
        <w:spacing w:before="140" w:after="40"/>
        <w:jc w:val="center"/>
        <w:rPr>
          <w:sz w:val="28"/>
          <w:szCs w:val="28"/>
        </w:rPr>
      </w:pPr>
      <w:r w:rsidRPr="0021562A">
        <w:rPr>
          <w:b/>
          <w:sz w:val="28"/>
          <w:szCs w:val="28"/>
        </w:rPr>
        <w:t>CERERE</w:t>
      </w:r>
    </w:p>
    <w:p w14:paraId="6AB0BEC6" w14:textId="77777777" w:rsidR="00E25052" w:rsidRDefault="00E25052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E25052" w14:paraId="4E6B3EF6" w14:textId="77777777">
        <w:trPr>
          <w:cantSplit/>
        </w:trPr>
        <w:tc>
          <w:tcPr>
            <w:tcW w:w="9636" w:type="dxa"/>
            <w:shd w:val="clear" w:color="auto" w:fill="F4F4F4"/>
          </w:tcPr>
          <w:p w14:paraId="19939942" w14:textId="77777777" w:rsidR="00E25052" w:rsidRDefault="00552335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E25052" w:rsidRPr="0021562A" w14:paraId="5266118B" w14:textId="77777777">
        <w:trPr>
          <w:cantSplit/>
          <w:trHeight w:val="510"/>
        </w:trPr>
        <w:tc>
          <w:tcPr>
            <w:tcW w:w="9636" w:type="dxa"/>
          </w:tcPr>
          <w:p w14:paraId="035B2FDF" w14:textId="77777777" w:rsidR="00E25052" w:rsidRPr="00F801F2" w:rsidRDefault="00552335">
            <w:pPr>
              <w:keepNext/>
              <w:rPr>
                <w:lang w:val="fr-FR"/>
              </w:rPr>
            </w:pPr>
            <w:proofErr w:type="spellStart"/>
            <w:r w:rsidRPr="00F801F2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5C4842F2" w14:textId="77777777" w:rsidR="00E25052" w:rsidRPr="00F801F2" w:rsidRDefault="00552335">
            <w:pPr>
              <w:keepNext/>
              <w:rPr>
                <w:lang w:val="fr-FR"/>
              </w:rPr>
            </w:pPr>
            <w:proofErr w:type="spellStart"/>
            <w:proofErr w:type="gramStart"/>
            <w:r w:rsidRPr="00F801F2">
              <w:rPr>
                <w:i/>
                <w:color w:val="7A7A7A"/>
                <w:lang w:val="fr-FR"/>
              </w:rPr>
              <w:t>primăria</w:t>
            </w:r>
            <w:proofErr w:type="spellEnd"/>
            <w:proofErr w:type="gramEnd"/>
            <w:r w:rsidRPr="00F801F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comunei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sector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5B3D1BF3" w14:textId="77777777" w:rsidR="00E25052" w:rsidRPr="00F801F2" w:rsidRDefault="00E25052">
            <w:pPr>
              <w:keepNext/>
              <w:rPr>
                <w:lang w:val="fr-FR"/>
              </w:rPr>
            </w:pPr>
          </w:p>
        </w:tc>
      </w:tr>
      <w:tr w:rsidR="00E25052" w:rsidRPr="0021562A" w14:paraId="31B205BA" w14:textId="77777777">
        <w:trPr>
          <w:cantSplit/>
        </w:trPr>
        <w:tc>
          <w:tcPr>
            <w:tcW w:w="9636" w:type="dxa"/>
            <w:shd w:val="clear" w:color="auto" w:fill="F4F4F4"/>
          </w:tcPr>
          <w:p w14:paraId="30BBDA4A" w14:textId="77777777" w:rsidR="00E25052" w:rsidRPr="00F801F2" w:rsidRDefault="00552335">
            <w:pPr>
              <w:spacing w:line="228" w:lineRule="auto"/>
              <w:rPr>
                <w:lang w:val="fr-FR"/>
              </w:rPr>
            </w:pPr>
            <w:proofErr w:type="spellStart"/>
            <w:r w:rsidRPr="00F801F2">
              <w:rPr>
                <w:lang w:val="fr-FR"/>
              </w:rPr>
              <w:t>Cererea</w:t>
            </w:r>
            <w:proofErr w:type="spellEnd"/>
            <w:r w:rsidRPr="00F801F2">
              <w:rPr>
                <w:lang w:val="fr-FR"/>
              </w:rPr>
              <w:t xml:space="preserve"> va fi </w:t>
            </w:r>
            <w:proofErr w:type="spellStart"/>
            <w:r w:rsidRPr="00F801F2">
              <w:rPr>
                <w:lang w:val="fr-FR"/>
              </w:rPr>
              <w:t>transmisă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către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președintele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consiliului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județean</w:t>
            </w:r>
            <w:proofErr w:type="spellEnd"/>
            <w:r w:rsidRPr="00F801F2">
              <w:rPr>
                <w:lang w:val="fr-FR"/>
              </w:rPr>
              <w:t xml:space="preserve">, </w:t>
            </w:r>
            <w:proofErr w:type="spellStart"/>
            <w:r w:rsidRPr="00F801F2">
              <w:rPr>
                <w:lang w:val="fr-FR"/>
              </w:rPr>
              <w:t>primarul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general</w:t>
            </w:r>
            <w:proofErr w:type="spellEnd"/>
            <w:r w:rsidRPr="00F801F2">
              <w:rPr>
                <w:lang w:val="fr-FR"/>
              </w:rPr>
              <w:t xml:space="preserve">, </w:t>
            </w:r>
            <w:proofErr w:type="spellStart"/>
            <w:r w:rsidRPr="00F801F2">
              <w:rPr>
                <w:lang w:val="fr-FR"/>
              </w:rPr>
              <w:t>primarul</w:t>
            </w:r>
            <w:proofErr w:type="spellEnd"/>
            <w:r w:rsidRPr="00F801F2">
              <w:rPr>
                <w:lang w:val="fr-FR"/>
              </w:rPr>
              <w:t xml:space="preserve"> de </w:t>
            </w:r>
            <w:proofErr w:type="spellStart"/>
            <w:r w:rsidRPr="00F801F2">
              <w:rPr>
                <w:lang w:val="fr-FR"/>
              </w:rPr>
              <w:t>sector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sau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primarul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municipiului</w:t>
            </w:r>
            <w:proofErr w:type="spellEnd"/>
            <w:r w:rsidRPr="00F801F2">
              <w:rPr>
                <w:lang w:val="fr-FR"/>
              </w:rPr>
              <w:t xml:space="preserve"> / </w:t>
            </w:r>
            <w:proofErr w:type="spellStart"/>
            <w:r w:rsidRPr="00F801F2">
              <w:rPr>
                <w:lang w:val="fr-FR"/>
              </w:rPr>
              <w:t>orașului</w:t>
            </w:r>
            <w:proofErr w:type="spellEnd"/>
            <w:r w:rsidRPr="00F801F2">
              <w:rPr>
                <w:lang w:val="fr-FR"/>
              </w:rPr>
              <w:t xml:space="preserve"> / </w:t>
            </w:r>
            <w:proofErr w:type="spellStart"/>
            <w:r w:rsidRPr="00F801F2">
              <w:rPr>
                <w:lang w:val="fr-FR"/>
              </w:rPr>
              <w:t>comunei</w:t>
            </w:r>
            <w:proofErr w:type="spellEnd"/>
            <w:r w:rsidRPr="00F801F2">
              <w:rPr>
                <w:lang w:val="fr-FR"/>
              </w:rPr>
              <w:t xml:space="preserve">, </w:t>
            </w:r>
            <w:proofErr w:type="spellStart"/>
            <w:r w:rsidRPr="00F801F2">
              <w:rPr>
                <w:lang w:val="fr-FR"/>
              </w:rPr>
              <w:t>după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caz</w:t>
            </w:r>
            <w:proofErr w:type="spellEnd"/>
            <w:r w:rsidRPr="00F801F2">
              <w:rPr>
                <w:lang w:val="fr-FR"/>
              </w:rPr>
              <w:t>.</w:t>
            </w:r>
          </w:p>
        </w:tc>
      </w:tr>
    </w:tbl>
    <w:p w14:paraId="159276EE" w14:textId="77777777" w:rsidR="00E25052" w:rsidRPr="00F801F2" w:rsidRDefault="00E2505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E25052" w14:paraId="47E632BE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EE95171" w14:textId="77777777" w:rsidR="00E25052" w:rsidRDefault="00552335">
            <w:pPr>
              <w:keepNext/>
            </w:pPr>
            <w:r w:rsidRPr="00F801F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E25052" w14:paraId="21404F04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653582EE" w14:textId="77777777" w:rsidR="00E25052" w:rsidRDefault="00552335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50ECD17B" w14:textId="77777777" w:rsidR="00E25052" w:rsidRDefault="00E25052">
            <w:pPr>
              <w:keepNext/>
            </w:pPr>
          </w:p>
        </w:tc>
        <w:tc>
          <w:tcPr>
            <w:tcW w:w="4015" w:type="dxa"/>
            <w:gridSpan w:val="3"/>
          </w:tcPr>
          <w:p w14:paraId="282D408A" w14:textId="77777777" w:rsidR="00E25052" w:rsidRDefault="00552335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6B11B457" w14:textId="77777777" w:rsidR="00E25052" w:rsidRDefault="00E25052">
            <w:pPr>
              <w:keepNext/>
            </w:pPr>
          </w:p>
        </w:tc>
      </w:tr>
      <w:tr w:rsidR="00E25052" w14:paraId="6FE19656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B240506" w14:textId="77777777" w:rsidR="00E25052" w:rsidRDefault="00552335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E25052" w14:paraId="1CFA562A" w14:textId="77777777">
        <w:trPr>
          <w:cantSplit/>
          <w:trHeight w:val="510"/>
        </w:trPr>
        <w:tc>
          <w:tcPr>
            <w:tcW w:w="1606" w:type="dxa"/>
          </w:tcPr>
          <w:p w14:paraId="3C51554F" w14:textId="77777777" w:rsidR="00E25052" w:rsidRDefault="00552335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1742791D" w14:textId="77777777" w:rsidR="00E25052" w:rsidRDefault="00E25052">
            <w:pPr>
              <w:keepNext/>
            </w:pPr>
          </w:p>
        </w:tc>
        <w:tc>
          <w:tcPr>
            <w:tcW w:w="1606" w:type="dxa"/>
          </w:tcPr>
          <w:p w14:paraId="6C2D16F6" w14:textId="77777777" w:rsidR="00E25052" w:rsidRDefault="00552335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18D6DBDF" w14:textId="77777777" w:rsidR="00E25052" w:rsidRDefault="00E25052">
            <w:pPr>
              <w:keepNext/>
            </w:pPr>
          </w:p>
        </w:tc>
        <w:tc>
          <w:tcPr>
            <w:tcW w:w="4818" w:type="dxa"/>
            <w:gridSpan w:val="5"/>
          </w:tcPr>
          <w:p w14:paraId="05BDC146" w14:textId="77777777" w:rsidR="00E25052" w:rsidRDefault="00552335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5BAC43F0" w14:textId="77777777" w:rsidR="00E25052" w:rsidRDefault="00E25052">
            <w:pPr>
              <w:keepNext/>
            </w:pPr>
          </w:p>
        </w:tc>
        <w:tc>
          <w:tcPr>
            <w:tcW w:w="1606" w:type="dxa"/>
          </w:tcPr>
          <w:p w14:paraId="7AB74026" w14:textId="77777777" w:rsidR="00E25052" w:rsidRDefault="00552335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6324FC92" w14:textId="77777777" w:rsidR="00E25052" w:rsidRDefault="00E25052">
            <w:pPr>
              <w:keepNext/>
            </w:pPr>
          </w:p>
        </w:tc>
      </w:tr>
      <w:tr w:rsidR="00E25052" w14:paraId="03A5B23C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AC85D07" w14:textId="77777777" w:rsidR="00E25052" w:rsidRDefault="00552335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E25052" w14:paraId="3D40E36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6B34F5D" w14:textId="77777777" w:rsidR="00E25052" w:rsidRDefault="00552335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27F852AB" w14:textId="77777777" w:rsidR="00E25052" w:rsidRDefault="00E25052">
            <w:pPr>
              <w:keepNext/>
            </w:pPr>
          </w:p>
        </w:tc>
        <w:tc>
          <w:tcPr>
            <w:tcW w:w="3212" w:type="dxa"/>
            <w:gridSpan w:val="4"/>
          </w:tcPr>
          <w:p w14:paraId="7C882037" w14:textId="77777777" w:rsidR="00E25052" w:rsidRDefault="00552335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0D48E3BB" w14:textId="77777777" w:rsidR="00E25052" w:rsidRDefault="00E25052">
            <w:pPr>
              <w:keepNext/>
            </w:pPr>
          </w:p>
        </w:tc>
        <w:tc>
          <w:tcPr>
            <w:tcW w:w="3212" w:type="dxa"/>
            <w:gridSpan w:val="2"/>
          </w:tcPr>
          <w:p w14:paraId="40553940" w14:textId="77777777" w:rsidR="00E25052" w:rsidRDefault="00552335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20822E8F" w14:textId="77777777" w:rsidR="00E25052" w:rsidRDefault="00E25052">
            <w:pPr>
              <w:keepNext/>
            </w:pPr>
          </w:p>
        </w:tc>
      </w:tr>
      <w:tr w:rsidR="00E25052" w14:paraId="5609577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D612D93" w14:textId="77777777" w:rsidR="00E25052" w:rsidRDefault="00552335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41E58F7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6B47B93F" w14:textId="77777777" w:rsidR="00E25052" w:rsidRDefault="00552335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99A8499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77DDABD5" w14:textId="77777777" w:rsidR="00E25052" w:rsidRDefault="00552335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0E160ACF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7EA9678F" w14:textId="77777777" w:rsidR="00E25052" w:rsidRDefault="00552335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43F6DA47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70209D0C" w14:textId="77777777" w:rsidR="00E25052" w:rsidRDefault="00552335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2E35CB99" w14:textId="77777777" w:rsidR="00E25052" w:rsidRDefault="00E25052">
            <w:pPr>
              <w:keepNext/>
            </w:pPr>
          </w:p>
        </w:tc>
        <w:tc>
          <w:tcPr>
            <w:tcW w:w="1606" w:type="dxa"/>
          </w:tcPr>
          <w:p w14:paraId="60D07855" w14:textId="77777777" w:rsidR="00E25052" w:rsidRDefault="00552335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38A54738" w14:textId="77777777" w:rsidR="00E25052" w:rsidRDefault="00E25052">
            <w:pPr>
              <w:keepNext/>
            </w:pPr>
          </w:p>
        </w:tc>
        <w:tc>
          <w:tcPr>
            <w:tcW w:w="1606" w:type="dxa"/>
          </w:tcPr>
          <w:p w14:paraId="37AA103A" w14:textId="77777777" w:rsidR="00E25052" w:rsidRDefault="00552335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123D5598" w14:textId="77777777" w:rsidR="00E25052" w:rsidRDefault="00E25052">
            <w:pPr>
              <w:keepNext/>
            </w:pPr>
          </w:p>
        </w:tc>
      </w:tr>
      <w:tr w:rsidR="00E25052" w14:paraId="1046CBC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F6E9494" w14:textId="77777777" w:rsidR="00E25052" w:rsidRDefault="00552335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E25052" w14:paraId="3B92CD50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07038ABA" w14:textId="77777777" w:rsidR="00E25052" w:rsidRDefault="00552335">
            <w:pPr>
              <w:keepNext/>
            </w:pPr>
            <w:r>
              <w:rPr>
                <w:b/>
                <w:color w:val="0D5F78"/>
              </w:rPr>
              <w:t>Telefon / fax</w:t>
            </w:r>
          </w:p>
          <w:p w14:paraId="2DEDAC5B" w14:textId="77777777" w:rsidR="00E25052" w:rsidRDefault="00E25052">
            <w:pPr>
              <w:keepNext/>
            </w:pPr>
          </w:p>
        </w:tc>
        <w:tc>
          <w:tcPr>
            <w:tcW w:w="5621" w:type="dxa"/>
            <w:gridSpan w:val="5"/>
          </w:tcPr>
          <w:p w14:paraId="11F9EE09" w14:textId="77777777" w:rsidR="00E25052" w:rsidRDefault="00552335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3C2D93FB" w14:textId="77777777" w:rsidR="00E25052" w:rsidRDefault="00E25052">
            <w:pPr>
              <w:keepNext/>
            </w:pPr>
          </w:p>
        </w:tc>
      </w:tr>
      <w:tr w:rsidR="00E25052" w14:paraId="3F330FF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9DB5AB2" w14:textId="77777777" w:rsidR="00E25052" w:rsidRDefault="00552335">
            <w:pPr>
              <w:keepNext/>
            </w:pPr>
            <w:r>
              <w:rPr>
                <w:sz w:val="16"/>
              </w:rPr>
              <w:t xml:space="preserve"> Reprezentare</w:t>
            </w:r>
          </w:p>
        </w:tc>
      </w:tr>
      <w:tr w:rsidR="00E25052" w14:paraId="25D89C0C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24F86481" w14:textId="77777777" w:rsidR="00E25052" w:rsidRDefault="00552335">
            <w:r>
              <w:rPr>
                <w:b/>
                <w:color w:val="0D5F78"/>
              </w:rPr>
              <w:t>În calitate de reprezentant al</w:t>
            </w:r>
          </w:p>
          <w:p w14:paraId="6834604F" w14:textId="77777777" w:rsidR="00E25052" w:rsidRDefault="00E25052"/>
        </w:tc>
        <w:tc>
          <w:tcPr>
            <w:tcW w:w="3212" w:type="dxa"/>
            <w:gridSpan w:val="2"/>
          </w:tcPr>
          <w:p w14:paraId="3C5FA06C" w14:textId="77777777" w:rsidR="00E25052" w:rsidRDefault="00552335">
            <w:r>
              <w:rPr>
                <w:b/>
                <w:color w:val="0D5F78"/>
              </w:rPr>
              <w:t>CUI / CIF</w:t>
            </w:r>
          </w:p>
          <w:p w14:paraId="3B9A3463" w14:textId="77777777" w:rsidR="00E25052" w:rsidRDefault="00E25052"/>
        </w:tc>
      </w:tr>
    </w:tbl>
    <w:p w14:paraId="01E74949" w14:textId="77777777" w:rsidR="00E25052" w:rsidRDefault="00E25052">
      <w:pPr>
        <w:spacing w:line="168" w:lineRule="auto"/>
      </w:pPr>
    </w:p>
    <w:p w14:paraId="20F32F97" w14:textId="77777777" w:rsidR="00E25052" w:rsidRDefault="00552335">
      <w:pPr>
        <w:spacing w:before="80" w:after="60"/>
        <w:jc w:val="center"/>
      </w:pPr>
      <w:r>
        <w:rPr>
          <w:sz w:val="18"/>
        </w:rPr>
        <w:t>în conformitate cu prevederile Legii nr. 169/2026 privind Codul amenajării teritoriului, urbanismului și construcțiilor,</w:t>
      </w:r>
    </w:p>
    <w:p w14:paraId="2C7584EF" w14:textId="77777777" w:rsidR="00E25052" w:rsidRDefault="00552335">
      <w:pPr>
        <w:spacing w:before="80" w:after="60"/>
        <w:jc w:val="center"/>
      </w:pPr>
      <w:r>
        <w:rPr>
          <w:sz w:val="18"/>
        </w:rPr>
        <w:t>solicit emiterea</w:t>
      </w:r>
    </w:p>
    <w:p w14:paraId="33797D79" w14:textId="77777777" w:rsidR="00E25052" w:rsidRPr="0021562A" w:rsidRDefault="00552335">
      <w:pPr>
        <w:spacing w:after="160"/>
        <w:jc w:val="center"/>
        <w:rPr>
          <w:lang w:val="fr-FR"/>
        </w:rPr>
      </w:pPr>
      <w:r w:rsidRPr="0021562A">
        <w:rPr>
          <w:b/>
          <w:sz w:val="20"/>
          <w:lang w:val="fr-FR"/>
        </w:rPr>
        <w:t>CERTIFICATULUI DE URBANISM DE INFORMARE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E25052" w14:paraId="697264C9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56CF4AB8" w14:textId="77777777" w:rsidR="00E25052" w:rsidRDefault="00552335">
            <w:pPr>
              <w:keepNext/>
            </w:pPr>
            <w:r w:rsidRPr="0021562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3.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E25052" w14:paraId="37608D06" w14:textId="77777777">
        <w:trPr>
          <w:cantSplit/>
        </w:trPr>
        <w:tc>
          <w:tcPr>
            <w:tcW w:w="9636" w:type="dxa"/>
            <w:gridSpan w:val="6"/>
          </w:tcPr>
          <w:p w14:paraId="64915B18" w14:textId="15B278A6" w:rsidR="00E25052" w:rsidRDefault="00552335">
            <w:pPr>
              <w:keepNext/>
            </w:pPr>
            <w:r>
              <w:rPr>
                <w:sz w:val="16"/>
              </w:rPr>
              <w:t xml:space="preserve"> </w:t>
            </w:r>
            <w:sdt>
              <w:sdtPr>
                <w:rPr>
                  <w:sz w:val="16"/>
                </w:rPr>
                <w:id w:val="-1785569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0E5B"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</w:t>
            </w:r>
            <w:sdt>
              <w:sdtPr>
                <w:rPr>
                  <w:sz w:val="16"/>
                </w:rPr>
                <w:id w:val="-459423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A0E5B"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E25052" w14:paraId="3B00AF9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E0EE8D6" w14:textId="77777777" w:rsidR="00E25052" w:rsidRDefault="00552335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6D07226C" w14:textId="77777777" w:rsidR="00E25052" w:rsidRDefault="00E25052">
            <w:pPr>
              <w:keepNext/>
            </w:pPr>
          </w:p>
        </w:tc>
        <w:tc>
          <w:tcPr>
            <w:tcW w:w="3212" w:type="dxa"/>
            <w:gridSpan w:val="2"/>
          </w:tcPr>
          <w:p w14:paraId="45C06A6B" w14:textId="77777777" w:rsidR="00E25052" w:rsidRDefault="00552335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01BF54FB" w14:textId="77777777" w:rsidR="00E25052" w:rsidRDefault="00E25052">
            <w:pPr>
              <w:keepNext/>
            </w:pPr>
          </w:p>
        </w:tc>
        <w:tc>
          <w:tcPr>
            <w:tcW w:w="3212" w:type="dxa"/>
            <w:gridSpan w:val="2"/>
          </w:tcPr>
          <w:p w14:paraId="242BC6F3" w14:textId="77777777" w:rsidR="00E25052" w:rsidRDefault="00552335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3E7C20BC" w14:textId="77777777" w:rsidR="00E25052" w:rsidRDefault="00E25052">
            <w:pPr>
              <w:keepNext/>
            </w:pPr>
          </w:p>
        </w:tc>
      </w:tr>
      <w:tr w:rsidR="00E25052" w14:paraId="0F03DFAC" w14:textId="77777777">
        <w:trPr>
          <w:cantSplit/>
          <w:trHeight w:val="510"/>
        </w:trPr>
        <w:tc>
          <w:tcPr>
            <w:tcW w:w="1606" w:type="dxa"/>
          </w:tcPr>
          <w:p w14:paraId="245C8E18" w14:textId="77777777" w:rsidR="00E25052" w:rsidRDefault="00552335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0DC3F395" w14:textId="77777777" w:rsidR="00E25052" w:rsidRDefault="00E25052">
            <w:pPr>
              <w:keepNext/>
            </w:pPr>
          </w:p>
        </w:tc>
        <w:tc>
          <w:tcPr>
            <w:tcW w:w="4818" w:type="dxa"/>
            <w:gridSpan w:val="3"/>
          </w:tcPr>
          <w:p w14:paraId="31644BD5" w14:textId="77777777" w:rsidR="00E25052" w:rsidRDefault="00552335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6FBE06C3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6816659E" w14:textId="77777777" w:rsidR="00E25052" w:rsidRDefault="00552335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E454520" w14:textId="77777777" w:rsidR="00E25052" w:rsidRDefault="00E25052">
            <w:pPr>
              <w:keepNext/>
            </w:pPr>
          </w:p>
        </w:tc>
        <w:tc>
          <w:tcPr>
            <w:tcW w:w="2409" w:type="dxa"/>
          </w:tcPr>
          <w:p w14:paraId="0279B798" w14:textId="77777777" w:rsidR="00E25052" w:rsidRDefault="00552335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1284E2F7" w14:textId="77777777" w:rsidR="00E25052" w:rsidRDefault="00E25052">
            <w:pPr>
              <w:keepNext/>
            </w:pPr>
          </w:p>
        </w:tc>
      </w:tr>
      <w:tr w:rsidR="00E25052" w14:paraId="425A2D34" w14:textId="77777777">
        <w:trPr>
          <w:cantSplit/>
          <w:trHeight w:val="510"/>
        </w:trPr>
        <w:tc>
          <w:tcPr>
            <w:tcW w:w="9636" w:type="dxa"/>
            <w:gridSpan w:val="6"/>
          </w:tcPr>
          <w:p w14:paraId="22A88DF9" w14:textId="77777777" w:rsidR="00E25052" w:rsidRDefault="00552335">
            <w:pPr>
              <w:keepNext/>
            </w:pPr>
            <w:r>
              <w:rPr>
                <w:b/>
                <w:color w:val="0D5F78"/>
              </w:rPr>
              <w:t>Suprafața terenului (m²)</w:t>
            </w:r>
          </w:p>
          <w:p w14:paraId="375B3DAF" w14:textId="77777777" w:rsidR="00E25052" w:rsidRDefault="00E25052">
            <w:pPr>
              <w:keepNext/>
            </w:pPr>
          </w:p>
        </w:tc>
      </w:tr>
      <w:tr w:rsidR="00E25052" w14:paraId="3956AF3E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1884FA6F" w14:textId="77777777" w:rsidR="00E25052" w:rsidRPr="00F801F2" w:rsidRDefault="00552335">
            <w:pPr>
              <w:keepNext/>
              <w:rPr>
                <w:lang w:val="fr-FR"/>
              </w:rPr>
            </w:pPr>
            <w:proofErr w:type="spellStart"/>
            <w:r w:rsidRPr="00F801F2">
              <w:rPr>
                <w:b/>
                <w:color w:val="0D5F78"/>
                <w:lang w:val="fr-FR"/>
              </w:rPr>
              <w:t>Număr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cadastral</w:t>
            </w:r>
          </w:p>
          <w:p w14:paraId="4088464C" w14:textId="77777777" w:rsidR="00E25052" w:rsidRPr="00F801F2" w:rsidRDefault="00552335">
            <w:pPr>
              <w:keepNext/>
              <w:rPr>
                <w:lang w:val="fr-FR"/>
              </w:rPr>
            </w:pPr>
            <w:proofErr w:type="spellStart"/>
            <w:proofErr w:type="gramStart"/>
            <w:r w:rsidRPr="00F801F2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F801F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în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e-Terra</w:t>
            </w:r>
          </w:p>
          <w:p w14:paraId="46FDA082" w14:textId="77777777" w:rsidR="00E25052" w:rsidRPr="00F801F2" w:rsidRDefault="00E25052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0B037F56" w14:textId="77777777" w:rsidR="00E25052" w:rsidRDefault="00552335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2038AD22" w14:textId="77777777" w:rsidR="00E25052" w:rsidRDefault="00E25052">
            <w:pPr>
              <w:keepNext/>
            </w:pPr>
          </w:p>
        </w:tc>
      </w:tr>
      <w:tr w:rsidR="00E25052" w:rsidRPr="0021562A" w14:paraId="50F3FA21" w14:textId="77777777">
        <w:trPr>
          <w:cantSplit/>
        </w:trPr>
        <w:tc>
          <w:tcPr>
            <w:tcW w:w="9636" w:type="dxa"/>
            <w:gridSpan w:val="6"/>
          </w:tcPr>
          <w:p w14:paraId="656FF020" w14:textId="68CABED6" w:rsidR="00F8517F" w:rsidRPr="0021562A" w:rsidRDefault="00552335">
            <w:pPr>
              <w:rPr>
                <w:sz w:val="16"/>
                <w:lang w:val="fr-FR"/>
              </w:rPr>
            </w:pPr>
            <w:r w:rsidRPr="0021562A">
              <w:rPr>
                <w:sz w:val="16"/>
                <w:lang w:val="fr-FR"/>
              </w:rPr>
              <w:t xml:space="preserve"> </w:t>
            </w:r>
            <w:sdt>
              <w:sdtPr>
                <w:rPr>
                  <w:sz w:val="16"/>
                  <w:lang w:val="fr-FR"/>
                </w:rPr>
                <w:id w:val="1161065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0E5B"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Pr="0021562A">
              <w:rPr>
                <w:sz w:val="16"/>
                <w:lang w:val="fr-FR"/>
              </w:rPr>
              <w:t xml:space="preserve"> </w:t>
            </w:r>
            <w:proofErr w:type="gramStart"/>
            <w:r w:rsidRPr="0021562A">
              <w:rPr>
                <w:sz w:val="16"/>
                <w:lang w:val="fr-FR"/>
              </w:rPr>
              <w:t>extras</w:t>
            </w:r>
            <w:proofErr w:type="gramEnd"/>
            <w:r w:rsidRPr="0021562A">
              <w:rPr>
                <w:sz w:val="16"/>
                <w:lang w:val="fr-FR"/>
              </w:rPr>
              <w:t xml:space="preserve"> de carte </w:t>
            </w:r>
            <w:proofErr w:type="spellStart"/>
            <w:r w:rsidRPr="0021562A">
              <w:rPr>
                <w:sz w:val="16"/>
                <w:lang w:val="fr-FR"/>
              </w:rPr>
              <w:t>funciară</w:t>
            </w:r>
            <w:proofErr w:type="spellEnd"/>
            <w:r w:rsidRPr="0021562A">
              <w:rPr>
                <w:sz w:val="16"/>
                <w:lang w:val="fr-FR"/>
              </w:rPr>
              <w:t xml:space="preserve"> </w:t>
            </w:r>
            <w:proofErr w:type="spellStart"/>
            <w:r w:rsidRPr="0021562A">
              <w:rPr>
                <w:sz w:val="16"/>
                <w:lang w:val="fr-FR"/>
              </w:rPr>
              <w:t>actualizat</w:t>
            </w:r>
            <w:proofErr w:type="spellEnd"/>
            <w:r w:rsidRPr="0021562A">
              <w:rPr>
                <w:sz w:val="16"/>
                <w:lang w:val="fr-FR"/>
              </w:rPr>
              <w:t xml:space="preserve">, </w:t>
            </w:r>
            <w:proofErr w:type="spellStart"/>
            <w:r w:rsidRPr="0021562A">
              <w:rPr>
                <w:sz w:val="16"/>
                <w:lang w:val="fr-FR"/>
              </w:rPr>
              <w:t>anexat</w:t>
            </w:r>
            <w:proofErr w:type="spellEnd"/>
            <w:r w:rsidRPr="0021562A">
              <w:rPr>
                <w:sz w:val="16"/>
                <w:lang w:val="fr-FR"/>
              </w:rPr>
              <w:t xml:space="preserve">     </w:t>
            </w:r>
          </w:p>
          <w:p w14:paraId="4D8DB8B6" w14:textId="014EEF52" w:rsidR="00E25052" w:rsidRPr="00F8517F" w:rsidRDefault="00A26F00">
            <w:pPr>
              <w:rPr>
                <w:lang w:val="fr-FR"/>
              </w:rPr>
            </w:pPr>
            <w:sdt>
              <w:sdtPr>
                <w:rPr>
                  <w:sz w:val="16"/>
                  <w:lang w:val="fr-FR"/>
                </w:rPr>
                <w:id w:val="-102733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0E5B"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="00552335" w:rsidRPr="00F8517F">
              <w:rPr>
                <w:sz w:val="16"/>
                <w:lang w:val="fr-FR"/>
              </w:rPr>
              <w:t xml:space="preserve"> </w:t>
            </w:r>
            <w:proofErr w:type="gramStart"/>
            <w:r w:rsidR="00552335" w:rsidRPr="00F8517F">
              <w:rPr>
                <w:sz w:val="16"/>
                <w:lang w:val="fr-FR"/>
              </w:rPr>
              <w:t>plan</w:t>
            </w:r>
            <w:proofErr w:type="gramEnd"/>
            <w:r w:rsidR="00552335" w:rsidRPr="00F8517F">
              <w:rPr>
                <w:sz w:val="16"/>
                <w:lang w:val="fr-FR"/>
              </w:rPr>
              <w:t xml:space="preserve"> de </w:t>
            </w:r>
            <w:proofErr w:type="spellStart"/>
            <w:r w:rsidR="00552335" w:rsidRPr="00F8517F">
              <w:rPr>
                <w:sz w:val="16"/>
                <w:lang w:val="fr-FR"/>
              </w:rPr>
              <w:t>încadrare</w:t>
            </w:r>
            <w:proofErr w:type="spellEnd"/>
            <w:r w:rsidR="00552335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552335" w:rsidRPr="00F8517F">
              <w:rPr>
                <w:sz w:val="16"/>
                <w:lang w:val="fr-FR"/>
              </w:rPr>
              <w:t>în</w:t>
            </w:r>
            <w:proofErr w:type="spellEnd"/>
            <w:r w:rsidR="00552335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552335" w:rsidRPr="00F8517F">
              <w:rPr>
                <w:sz w:val="16"/>
                <w:lang w:val="fr-FR"/>
              </w:rPr>
              <w:t>zonă</w:t>
            </w:r>
            <w:proofErr w:type="spellEnd"/>
            <w:r w:rsidR="00552335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552335" w:rsidRPr="00F8517F">
              <w:rPr>
                <w:sz w:val="16"/>
                <w:lang w:val="fr-FR"/>
              </w:rPr>
              <w:t>în</w:t>
            </w:r>
            <w:proofErr w:type="spellEnd"/>
            <w:r w:rsidR="00552335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552335" w:rsidRPr="00F8517F">
              <w:rPr>
                <w:sz w:val="16"/>
                <w:lang w:val="fr-FR"/>
              </w:rPr>
              <w:t>sistem</w:t>
            </w:r>
            <w:proofErr w:type="spellEnd"/>
            <w:r w:rsidR="00552335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552335" w:rsidRPr="00F8517F">
              <w:rPr>
                <w:sz w:val="16"/>
                <w:lang w:val="fr-FR"/>
              </w:rPr>
              <w:t>Stereo</w:t>
            </w:r>
            <w:proofErr w:type="spellEnd"/>
            <w:r w:rsidR="00552335" w:rsidRPr="00F8517F">
              <w:rPr>
                <w:sz w:val="16"/>
                <w:lang w:val="fr-FR"/>
              </w:rPr>
              <w:t xml:space="preserve"> 70, </w:t>
            </w:r>
            <w:proofErr w:type="spellStart"/>
            <w:r w:rsidR="00552335" w:rsidRPr="00F8517F">
              <w:rPr>
                <w:sz w:val="16"/>
                <w:lang w:val="fr-FR"/>
              </w:rPr>
              <w:t>anexat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eliberat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, la </w:t>
            </w:r>
            <w:proofErr w:type="spellStart"/>
            <w:r w:rsidR="00F8517F" w:rsidRPr="00F8517F">
              <w:rPr>
                <w:sz w:val="16"/>
                <w:lang w:val="fr-FR"/>
              </w:rPr>
              <w:t>cerere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, de </w:t>
            </w:r>
            <w:proofErr w:type="spellStart"/>
            <w:r w:rsidR="00F8517F" w:rsidRPr="00F8517F">
              <w:rPr>
                <w:sz w:val="16"/>
                <w:lang w:val="fr-FR"/>
              </w:rPr>
              <w:t>către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Agenția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Națională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de </w:t>
            </w:r>
            <w:proofErr w:type="spellStart"/>
            <w:r w:rsidR="00F8517F" w:rsidRPr="00F8517F">
              <w:rPr>
                <w:sz w:val="16"/>
                <w:lang w:val="fr-FR"/>
              </w:rPr>
              <w:t>Cadastru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și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Publicitate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Imobiliară</w:t>
            </w:r>
            <w:proofErr w:type="spellEnd"/>
          </w:p>
        </w:tc>
      </w:tr>
    </w:tbl>
    <w:p w14:paraId="3ACF9FED" w14:textId="77777777" w:rsidR="00E25052" w:rsidRPr="00F8517F" w:rsidRDefault="00E2505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E25052" w14:paraId="3F3C9144" w14:textId="77777777">
        <w:trPr>
          <w:cantSplit/>
        </w:trPr>
        <w:tc>
          <w:tcPr>
            <w:tcW w:w="9636" w:type="dxa"/>
            <w:shd w:val="clear" w:color="auto" w:fill="F4F4F4"/>
          </w:tcPr>
          <w:p w14:paraId="4A371C11" w14:textId="77777777" w:rsidR="00E25052" w:rsidRDefault="00552335">
            <w:pPr>
              <w:keepNext/>
            </w:pPr>
            <w:r w:rsidRPr="00F8517F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4.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E25052" w:rsidRPr="0021562A" w14:paraId="6A6C031B" w14:textId="77777777">
        <w:trPr>
          <w:cantSplit/>
        </w:trPr>
        <w:tc>
          <w:tcPr>
            <w:tcW w:w="9636" w:type="dxa"/>
          </w:tcPr>
          <w:p w14:paraId="119DB66C" w14:textId="72A23C9E" w:rsidR="00E25052" w:rsidRPr="00F801F2" w:rsidRDefault="00552335">
            <w:pPr>
              <w:rPr>
                <w:lang w:val="fr-FR"/>
              </w:rPr>
            </w:pPr>
            <w:r w:rsidRPr="00F801F2">
              <w:rPr>
                <w:sz w:val="16"/>
                <w:lang w:val="fr-FR"/>
              </w:rPr>
              <w:t xml:space="preserve"> </w:t>
            </w:r>
            <w:sdt>
              <w:sdtPr>
                <w:rPr>
                  <w:sz w:val="16"/>
                  <w:lang w:val="fr-FR"/>
                </w:rPr>
                <w:id w:val="-692390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0E5B"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Pr="00F801F2">
              <w:rPr>
                <w:sz w:val="16"/>
                <w:lang w:val="fr-FR"/>
              </w:rPr>
              <w:t xml:space="preserve"> </w:t>
            </w:r>
            <w:proofErr w:type="spellStart"/>
            <w:r w:rsidRPr="00F801F2">
              <w:rPr>
                <w:sz w:val="16"/>
                <w:lang w:val="fr-FR"/>
              </w:rPr>
              <w:t>în</w:t>
            </w:r>
            <w:proofErr w:type="spellEnd"/>
            <w:r w:rsidRPr="00F801F2">
              <w:rPr>
                <w:sz w:val="16"/>
                <w:lang w:val="fr-FR"/>
              </w:rPr>
              <w:t xml:space="preserve"> format </w:t>
            </w:r>
            <w:proofErr w:type="spellStart"/>
            <w:r w:rsidRPr="00F801F2">
              <w:rPr>
                <w:sz w:val="16"/>
                <w:lang w:val="fr-FR"/>
              </w:rPr>
              <w:t>scris</w:t>
            </w:r>
            <w:proofErr w:type="spellEnd"/>
            <w:r w:rsidRPr="00F801F2">
              <w:rPr>
                <w:sz w:val="16"/>
                <w:lang w:val="fr-FR"/>
              </w:rPr>
              <w:t xml:space="preserve">, </w:t>
            </w:r>
            <w:proofErr w:type="spellStart"/>
            <w:r w:rsidRPr="00F801F2">
              <w:rPr>
                <w:sz w:val="16"/>
                <w:lang w:val="fr-FR"/>
              </w:rPr>
              <w:t>prin</w:t>
            </w:r>
            <w:proofErr w:type="spellEnd"/>
            <w:r w:rsidRPr="00F801F2">
              <w:rPr>
                <w:sz w:val="16"/>
                <w:lang w:val="fr-FR"/>
              </w:rPr>
              <w:t xml:space="preserve"> </w:t>
            </w:r>
            <w:proofErr w:type="spellStart"/>
            <w:r w:rsidRPr="00F801F2">
              <w:rPr>
                <w:sz w:val="16"/>
                <w:lang w:val="fr-FR"/>
              </w:rPr>
              <w:t>poștă</w:t>
            </w:r>
            <w:proofErr w:type="spellEnd"/>
            <w:r w:rsidRPr="00F801F2">
              <w:rPr>
                <w:sz w:val="16"/>
                <w:lang w:val="fr-FR"/>
              </w:rPr>
              <w:t xml:space="preserve">     </w:t>
            </w:r>
            <w:sdt>
              <w:sdtPr>
                <w:rPr>
                  <w:sz w:val="16"/>
                  <w:lang w:val="fr-FR"/>
                </w:rPr>
                <w:id w:val="-21357819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0E5B"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Pr="00F801F2">
              <w:rPr>
                <w:sz w:val="16"/>
                <w:lang w:val="fr-FR"/>
              </w:rPr>
              <w:t xml:space="preserve"> </w:t>
            </w:r>
            <w:proofErr w:type="spellStart"/>
            <w:r w:rsidRPr="00F801F2">
              <w:rPr>
                <w:sz w:val="16"/>
                <w:lang w:val="fr-FR"/>
              </w:rPr>
              <w:t>în</w:t>
            </w:r>
            <w:proofErr w:type="spellEnd"/>
            <w:r w:rsidRPr="00F801F2">
              <w:rPr>
                <w:sz w:val="16"/>
                <w:lang w:val="fr-FR"/>
              </w:rPr>
              <w:t xml:space="preserve"> format digital, la </w:t>
            </w:r>
            <w:proofErr w:type="spellStart"/>
            <w:r w:rsidRPr="00F801F2">
              <w:rPr>
                <w:sz w:val="16"/>
                <w:lang w:val="fr-FR"/>
              </w:rPr>
              <w:t>adresa</w:t>
            </w:r>
            <w:proofErr w:type="spellEnd"/>
            <w:r w:rsidRPr="00F801F2">
              <w:rPr>
                <w:sz w:val="16"/>
                <w:lang w:val="fr-FR"/>
              </w:rPr>
              <w:t xml:space="preserve"> de e-mail </w:t>
            </w:r>
            <w:proofErr w:type="spellStart"/>
            <w:r w:rsidRPr="00F801F2">
              <w:rPr>
                <w:sz w:val="16"/>
                <w:lang w:val="fr-FR"/>
              </w:rPr>
              <w:t>indicată</w:t>
            </w:r>
            <w:proofErr w:type="spellEnd"/>
            <w:r w:rsidRPr="00F801F2">
              <w:rPr>
                <w:sz w:val="16"/>
                <w:lang w:val="fr-FR"/>
              </w:rPr>
              <w:t xml:space="preserve">     </w:t>
            </w:r>
            <w:sdt>
              <w:sdtPr>
                <w:rPr>
                  <w:sz w:val="16"/>
                  <w:lang w:val="fr-FR"/>
                </w:rPr>
                <w:id w:val="-170412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0E5B"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Pr="00F801F2">
              <w:rPr>
                <w:sz w:val="16"/>
                <w:lang w:val="fr-FR"/>
              </w:rPr>
              <w:t xml:space="preserve"> </w:t>
            </w:r>
            <w:proofErr w:type="spellStart"/>
            <w:r w:rsidRPr="00F801F2">
              <w:rPr>
                <w:sz w:val="16"/>
                <w:lang w:val="fr-FR"/>
              </w:rPr>
              <w:t>ridicare</w:t>
            </w:r>
            <w:proofErr w:type="spellEnd"/>
            <w:r w:rsidRPr="00F801F2">
              <w:rPr>
                <w:sz w:val="16"/>
                <w:lang w:val="fr-FR"/>
              </w:rPr>
              <w:t xml:space="preserve"> de la </w:t>
            </w:r>
            <w:proofErr w:type="spellStart"/>
            <w:r w:rsidRPr="00F801F2">
              <w:rPr>
                <w:sz w:val="16"/>
                <w:lang w:val="fr-FR"/>
              </w:rPr>
              <w:t>sediul</w:t>
            </w:r>
            <w:proofErr w:type="spellEnd"/>
            <w:r w:rsidRPr="00F801F2">
              <w:rPr>
                <w:sz w:val="16"/>
                <w:lang w:val="fr-FR"/>
              </w:rPr>
              <w:t xml:space="preserve"> </w:t>
            </w:r>
            <w:proofErr w:type="spellStart"/>
            <w:r w:rsidRPr="00F801F2">
              <w:rPr>
                <w:sz w:val="16"/>
                <w:lang w:val="fr-FR"/>
              </w:rPr>
              <w:t>autorității</w:t>
            </w:r>
            <w:proofErr w:type="spellEnd"/>
          </w:p>
        </w:tc>
      </w:tr>
    </w:tbl>
    <w:p w14:paraId="4CC013A6" w14:textId="77777777" w:rsidR="00E25052" w:rsidRPr="00F801F2" w:rsidRDefault="00E2505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E25052" w14:paraId="526375A4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FBEB645" w14:textId="77777777" w:rsidR="00E25052" w:rsidRDefault="00552335">
            <w:pPr>
              <w:keepNext/>
            </w:pPr>
            <w:r w:rsidRPr="00F801F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E25052" w14:paraId="7763C7E2" w14:textId="77777777">
        <w:trPr>
          <w:cantSplit/>
          <w:trHeight w:val="510"/>
        </w:trPr>
        <w:tc>
          <w:tcPr>
            <w:tcW w:w="1606" w:type="dxa"/>
          </w:tcPr>
          <w:p w14:paraId="4CA50917" w14:textId="77777777" w:rsidR="00E25052" w:rsidRDefault="00552335">
            <w:r>
              <w:rPr>
                <w:b/>
                <w:color w:val="0D5F78"/>
              </w:rPr>
              <w:t>Data</w:t>
            </w:r>
          </w:p>
          <w:p w14:paraId="725AA280" w14:textId="77777777" w:rsidR="00E25052" w:rsidRDefault="00E25052"/>
        </w:tc>
        <w:tc>
          <w:tcPr>
            <w:tcW w:w="4818" w:type="dxa"/>
          </w:tcPr>
          <w:p w14:paraId="1A18FEF7" w14:textId="77777777" w:rsidR="00E25052" w:rsidRDefault="00552335">
            <w:r>
              <w:rPr>
                <w:b/>
                <w:color w:val="0D5F78"/>
              </w:rPr>
              <w:t>Solicitantul</w:t>
            </w:r>
          </w:p>
          <w:p w14:paraId="4BFA03F3" w14:textId="77777777" w:rsidR="00E25052" w:rsidRDefault="00E25052"/>
        </w:tc>
        <w:tc>
          <w:tcPr>
            <w:tcW w:w="3212" w:type="dxa"/>
          </w:tcPr>
          <w:p w14:paraId="51766049" w14:textId="77777777" w:rsidR="00E25052" w:rsidRDefault="00552335">
            <w:r>
              <w:rPr>
                <w:b/>
                <w:color w:val="0D5F78"/>
              </w:rPr>
              <w:t>Semnătura</w:t>
            </w:r>
          </w:p>
          <w:p w14:paraId="4558B6A6" w14:textId="77777777" w:rsidR="00E25052" w:rsidRDefault="00E25052"/>
        </w:tc>
      </w:tr>
    </w:tbl>
    <w:p w14:paraId="49F8112D" w14:textId="77777777" w:rsidR="00E25052" w:rsidRDefault="00E25052">
      <w:pPr>
        <w:spacing w:line="168" w:lineRule="auto"/>
      </w:pPr>
    </w:p>
    <w:p w14:paraId="242D1965" w14:textId="77777777" w:rsidR="00F8517F" w:rsidRPr="00F8517F" w:rsidRDefault="00F8517F" w:rsidP="00F8517F"/>
    <w:p w14:paraId="7207E8D0" w14:textId="77777777" w:rsidR="00F8517F" w:rsidRDefault="00F8517F" w:rsidP="00F8517F"/>
    <w:p w14:paraId="7E180354" w14:textId="7A449F41" w:rsidR="00F8517F" w:rsidRPr="00F8517F" w:rsidRDefault="00F8517F" w:rsidP="00F8517F">
      <w:pPr>
        <w:tabs>
          <w:tab w:val="left" w:pos="3005"/>
        </w:tabs>
      </w:pPr>
      <w:r>
        <w:tab/>
      </w:r>
    </w:p>
    <w:sectPr w:rsidR="00F8517F" w:rsidRPr="00F8517F" w:rsidSect="00034616">
      <w:headerReference w:type="default" r:id="rId9"/>
      <w:footerReference w:type="default" r:id="rId10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9424B9" w14:textId="77777777" w:rsidR="00A26F00" w:rsidRDefault="00A26F00">
      <w:r>
        <w:separator/>
      </w:r>
    </w:p>
  </w:endnote>
  <w:endnote w:type="continuationSeparator" w:id="0">
    <w:p w14:paraId="2391AD72" w14:textId="77777777" w:rsidR="00A26F00" w:rsidRDefault="00A26F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371E53" w14:textId="180E0261" w:rsidR="00E25052" w:rsidRDefault="00F801F2">
    <w:pPr>
      <w:pStyle w:val="Footer"/>
      <w:tabs>
        <w:tab w:val="right" w:pos="9639"/>
      </w:tabs>
    </w:pPr>
    <w:r>
      <w:rPr>
        <w:color w:val="595959"/>
      </w:rPr>
      <w:t xml:space="preserve">F_CU_01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C23318" w14:textId="77777777" w:rsidR="00A26F00" w:rsidRDefault="00A26F00">
      <w:r>
        <w:separator/>
      </w:r>
    </w:p>
  </w:footnote>
  <w:footnote w:type="continuationSeparator" w:id="0">
    <w:p w14:paraId="5ED8383E" w14:textId="77777777" w:rsidR="00A26F00" w:rsidRDefault="00A26F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F67F69" w14:textId="77777777" w:rsidR="00F8517F" w:rsidRPr="00F8517F" w:rsidRDefault="00F8517F" w:rsidP="00F8517F">
    <w:pPr>
      <w:pStyle w:val="Header"/>
      <w:rPr>
        <w:b/>
        <w:bCs/>
        <w:i/>
        <w:iCs/>
        <w:color w:val="595959"/>
        <w:sz w:val="24"/>
        <w:szCs w:val="24"/>
        <w:u w:val="single"/>
      </w:rPr>
    </w:pPr>
    <w:proofErr w:type="spellStart"/>
    <w:r w:rsidRPr="00F8517F">
      <w:rPr>
        <w:b/>
        <w:bCs/>
        <w:i/>
        <w:iCs/>
        <w:color w:val="595959"/>
        <w:sz w:val="24"/>
        <w:szCs w:val="24"/>
        <w:u w:val="single"/>
      </w:rPr>
      <w:t>Anexa</w:t>
    </w:r>
    <w:proofErr w:type="spellEnd"/>
    <w:r w:rsidRPr="00F8517F">
      <w:rPr>
        <w:b/>
        <w:bCs/>
        <w:i/>
        <w:iCs/>
        <w:color w:val="595959"/>
        <w:sz w:val="24"/>
        <w:szCs w:val="24"/>
        <w:u w:val="single"/>
      </w:rPr>
      <w:t xml:space="preserve"> nr.1  </w:t>
    </w:r>
  </w:p>
  <w:p w14:paraId="30A11B91" w14:textId="654108AB" w:rsidR="00F8517F" w:rsidRPr="00F8517F" w:rsidRDefault="00F8517F" w:rsidP="00F8517F">
    <w:pPr>
      <w:pStyle w:val="Header"/>
      <w:rPr>
        <w:b/>
        <w:bCs/>
        <w:color w:val="595959"/>
      </w:rPr>
    </w:pPr>
    <w:r>
      <w:rPr>
        <w:color w:val="595959"/>
      </w:rPr>
      <w:t xml:space="preserve">F_CU_01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F55B4"/>
    <w:rsid w:val="0015074B"/>
    <w:rsid w:val="0021562A"/>
    <w:rsid w:val="0029639D"/>
    <w:rsid w:val="00326F90"/>
    <w:rsid w:val="003A0E5B"/>
    <w:rsid w:val="0051585A"/>
    <w:rsid w:val="00552335"/>
    <w:rsid w:val="006C103E"/>
    <w:rsid w:val="00763A7C"/>
    <w:rsid w:val="00861954"/>
    <w:rsid w:val="009B5021"/>
    <w:rsid w:val="00A26F00"/>
    <w:rsid w:val="00AA1D8D"/>
    <w:rsid w:val="00B16250"/>
    <w:rsid w:val="00B47730"/>
    <w:rsid w:val="00CB0664"/>
    <w:rsid w:val="00E25052"/>
    <w:rsid w:val="00E61A6B"/>
    <w:rsid w:val="00F801F2"/>
    <w:rsid w:val="00F8517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B539864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634FF7E-34B2-4AF1-B536-714FF47DAA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263</Words>
  <Characters>1503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1763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Alexandru Maria</dc:creator>
  <cp:keywords/>
  <cp:lastModifiedBy>Alexandru Maria</cp:lastModifiedBy>
  <cp:revision>3</cp:revision>
  <dcterms:created xsi:type="dcterms:W3CDTF">2026-09-11T05:28:00Z</dcterms:created>
  <dcterms:modified xsi:type="dcterms:W3CDTF">2026-09-11T05:28:00Z</dcterms:modified>
  <cp:category/>
</cp:coreProperties>
</file>