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2409"/>
        <w:gridCol w:w="3212"/>
      </w:tblGrid>
      <w:tr w:rsidR="00473A9F" w14:paraId="4BA641D4" w14:textId="77777777" w:rsidTr="00282F6F">
        <w:trPr>
          <w:cantSplit/>
          <w:trHeight w:val="510"/>
        </w:trPr>
        <w:tc>
          <w:tcPr>
            <w:tcW w:w="1606" w:type="dxa"/>
            <w:vMerge w:val="restart"/>
            <w:vAlign w:val="center"/>
          </w:tcPr>
          <w:p w14:paraId="4FD1B740" w14:textId="77777777" w:rsidR="00473A9F" w:rsidRDefault="00473A9F" w:rsidP="00282F6F">
            <w:pPr>
              <w:keepNext/>
              <w:jc w:val="center"/>
            </w:pPr>
            <w:r>
              <w:rPr>
                <w:b/>
                <w:noProof/>
                <w:color w:val="0D5F78"/>
              </w:rPr>
              <w:drawing>
                <wp:inline distT="0" distB="0" distL="0" distR="0" wp14:anchorId="21385438" wp14:editId="0903AE41">
                  <wp:extent cx="683288" cy="1101196"/>
                  <wp:effectExtent l="0" t="0" r="2540" b="381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1734" cy="11631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30" w:type="dxa"/>
            <w:gridSpan w:val="3"/>
          </w:tcPr>
          <w:p w14:paraId="3B6FF5C1" w14:textId="77777777" w:rsidR="00473A9F" w:rsidRDefault="00473A9F" w:rsidP="00282F6F">
            <w:pPr>
              <w:keepNext/>
            </w:pPr>
            <w:proofErr w:type="spellStart"/>
            <w:r>
              <w:rPr>
                <w:b/>
                <w:color w:val="0D5F78"/>
              </w:rPr>
              <w:t>Județul</w:t>
            </w:r>
            <w:proofErr w:type="spellEnd"/>
          </w:p>
          <w:p w14:paraId="5133CF58" w14:textId="77777777" w:rsidR="00473A9F" w:rsidRDefault="00473A9F" w:rsidP="00282F6F">
            <w:pPr>
              <w:keepNext/>
            </w:pPr>
            <w:r w:rsidRPr="00B86B80">
              <w:rPr>
                <w:b/>
              </w:rPr>
              <w:t>MUNICIPIUL BUCUREȘTI</w:t>
            </w:r>
          </w:p>
        </w:tc>
      </w:tr>
      <w:tr w:rsidR="00473A9F" w14:paraId="6AFB9A6A" w14:textId="77777777" w:rsidTr="00282F6F">
        <w:trPr>
          <w:cantSplit/>
          <w:trHeight w:val="510"/>
        </w:trPr>
        <w:tc>
          <w:tcPr>
            <w:tcW w:w="1606" w:type="dxa"/>
            <w:vMerge/>
          </w:tcPr>
          <w:p w14:paraId="44383A35" w14:textId="77777777" w:rsidR="00473A9F" w:rsidRDefault="00473A9F" w:rsidP="00282F6F"/>
        </w:tc>
        <w:tc>
          <w:tcPr>
            <w:tcW w:w="8030" w:type="dxa"/>
            <w:gridSpan w:val="3"/>
          </w:tcPr>
          <w:p w14:paraId="3C1DD513" w14:textId="77777777" w:rsidR="00473A9F" w:rsidRDefault="00473A9F" w:rsidP="00282F6F">
            <w:pPr>
              <w:keepNext/>
            </w:pPr>
            <w:proofErr w:type="spellStart"/>
            <w:r>
              <w:rPr>
                <w:b/>
                <w:color w:val="0D5F78"/>
              </w:rPr>
              <w:t>Autoritatea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administrației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publice</w:t>
            </w:r>
            <w:proofErr w:type="spellEnd"/>
          </w:p>
          <w:p w14:paraId="5F84213A" w14:textId="77777777" w:rsidR="00473A9F" w:rsidRDefault="00473A9F" w:rsidP="00282F6F">
            <w:pPr>
              <w:keepNext/>
            </w:pPr>
            <w:r w:rsidRPr="00B86B80">
              <w:rPr>
                <w:b/>
                <w:bCs/>
                <w:szCs w:val="15"/>
              </w:rPr>
              <w:t>SECTORUL 3 AL MUNICIPIULUI BUCUREȘTI</w:t>
            </w:r>
          </w:p>
        </w:tc>
      </w:tr>
      <w:tr w:rsidR="00473A9F" w14:paraId="4E86FFCB" w14:textId="77777777" w:rsidTr="00282F6F">
        <w:trPr>
          <w:cantSplit/>
          <w:trHeight w:val="510"/>
        </w:trPr>
        <w:tc>
          <w:tcPr>
            <w:tcW w:w="1606" w:type="dxa"/>
            <w:vMerge/>
          </w:tcPr>
          <w:p w14:paraId="515FC75F" w14:textId="77777777" w:rsidR="00473A9F" w:rsidRDefault="00473A9F" w:rsidP="00282F6F"/>
        </w:tc>
        <w:tc>
          <w:tcPr>
            <w:tcW w:w="2409" w:type="dxa"/>
          </w:tcPr>
          <w:p w14:paraId="627072E2" w14:textId="77777777" w:rsidR="00473A9F" w:rsidRPr="00D20322" w:rsidRDefault="00473A9F" w:rsidP="00282F6F">
            <w:pPr>
              <w:keepNext/>
              <w:rPr>
                <w:lang w:val="fr-FR"/>
              </w:rPr>
            </w:pPr>
            <w:r w:rsidRPr="00D20322">
              <w:rPr>
                <w:b/>
                <w:color w:val="0D5F78"/>
                <w:lang w:val="fr-FR"/>
              </w:rPr>
              <w:t xml:space="preserve">Cod de </w:t>
            </w:r>
            <w:proofErr w:type="spellStart"/>
            <w:r w:rsidRPr="00D20322">
              <w:rPr>
                <w:b/>
                <w:color w:val="0D5F78"/>
                <w:lang w:val="fr-FR"/>
              </w:rPr>
              <w:t>identificare</w:t>
            </w:r>
            <w:proofErr w:type="spellEnd"/>
            <w:r w:rsidRPr="00D20322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D20322">
              <w:rPr>
                <w:b/>
                <w:color w:val="0D5F78"/>
                <w:lang w:val="fr-FR"/>
              </w:rPr>
              <w:t>fiscală</w:t>
            </w:r>
            <w:proofErr w:type="spellEnd"/>
            <w:r w:rsidRPr="00D20322">
              <w:rPr>
                <w:b/>
                <w:color w:val="0D5F78"/>
                <w:lang w:val="fr-FR"/>
              </w:rPr>
              <w:t xml:space="preserve"> (CIF)</w:t>
            </w:r>
          </w:p>
          <w:p w14:paraId="0EF42D1C" w14:textId="77777777" w:rsidR="00473A9F" w:rsidRPr="00D20322" w:rsidRDefault="00473A9F" w:rsidP="00282F6F">
            <w:pPr>
              <w:keepNext/>
              <w:rPr>
                <w:lang w:val="fr-FR"/>
              </w:rPr>
            </w:pPr>
            <w:r w:rsidRPr="00B86B80">
              <w:rPr>
                <w:b/>
                <w:lang w:val="fr-FR"/>
              </w:rPr>
              <w:t>4420465</w:t>
            </w:r>
          </w:p>
        </w:tc>
        <w:tc>
          <w:tcPr>
            <w:tcW w:w="5621" w:type="dxa"/>
            <w:gridSpan w:val="2"/>
          </w:tcPr>
          <w:p w14:paraId="487338F4" w14:textId="77777777" w:rsidR="00473A9F" w:rsidRDefault="00473A9F" w:rsidP="00282F6F">
            <w:pPr>
              <w:keepNext/>
            </w:pPr>
            <w:proofErr w:type="spellStart"/>
            <w:r>
              <w:rPr>
                <w:b/>
                <w:color w:val="0D5F78"/>
              </w:rPr>
              <w:t>Adresa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oficială</w:t>
            </w:r>
            <w:proofErr w:type="spellEnd"/>
          </w:p>
          <w:p w14:paraId="075CC1CF" w14:textId="77777777" w:rsidR="00473A9F" w:rsidRPr="00B86B80" w:rsidRDefault="00473A9F" w:rsidP="00282F6F">
            <w:pPr>
              <w:keepNext/>
              <w:rPr>
                <w:b/>
                <w:lang w:val="ro-RO"/>
              </w:rPr>
            </w:pPr>
            <w:r w:rsidRPr="00B86B80">
              <w:rPr>
                <w:b/>
                <w:lang w:val="ro-RO"/>
              </w:rPr>
              <w:t>Bulevardul Basarabia nr. 256, Sector 3, București</w:t>
            </w:r>
          </w:p>
          <w:p w14:paraId="0C83DB86" w14:textId="77777777" w:rsidR="00473A9F" w:rsidRPr="00B86B80" w:rsidRDefault="00473A9F" w:rsidP="00282F6F">
            <w:pPr>
              <w:keepNext/>
              <w:rPr>
                <w:b/>
                <w:lang w:val="ro-RO"/>
              </w:rPr>
            </w:pPr>
            <w:r w:rsidRPr="00B86B80">
              <w:rPr>
                <w:b/>
                <w:lang w:val="ro-RO"/>
              </w:rPr>
              <w:t>Telefon: 021.318.03.23; Fax: 021.318.03.04</w:t>
            </w:r>
          </w:p>
          <w:p w14:paraId="3989556F" w14:textId="77777777" w:rsidR="00473A9F" w:rsidRDefault="00473A9F" w:rsidP="00282F6F">
            <w:pPr>
              <w:keepNext/>
            </w:pPr>
            <w:r w:rsidRPr="00B86B80">
              <w:rPr>
                <w:b/>
                <w:lang w:val="ro-RO"/>
              </w:rPr>
              <w:t>E-mail: relatiipublice@primarie3.ro</w:t>
            </w:r>
          </w:p>
          <w:p w14:paraId="649F4E2D" w14:textId="77777777" w:rsidR="00473A9F" w:rsidRDefault="00473A9F" w:rsidP="00282F6F">
            <w:pPr>
              <w:keepNext/>
            </w:pPr>
          </w:p>
        </w:tc>
      </w:tr>
      <w:tr w:rsidR="00473A9F" w14:paraId="61CA1945" w14:textId="77777777" w:rsidTr="00473A9F">
        <w:trPr>
          <w:cantSplit/>
          <w:trHeight w:val="332"/>
        </w:trPr>
        <w:tc>
          <w:tcPr>
            <w:tcW w:w="1606" w:type="dxa"/>
            <w:vMerge/>
          </w:tcPr>
          <w:p w14:paraId="2C0FFAB8" w14:textId="77777777" w:rsidR="00473A9F" w:rsidRDefault="00473A9F" w:rsidP="00282F6F"/>
        </w:tc>
        <w:tc>
          <w:tcPr>
            <w:tcW w:w="4818" w:type="dxa"/>
            <w:gridSpan w:val="2"/>
          </w:tcPr>
          <w:p w14:paraId="7C1234DD" w14:textId="77777777" w:rsidR="00473A9F" w:rsidRDefault="00473A9F" w:rsidP="00282F6F">
            <w:r>
              <w:rPr>
                <w:b/>
                <w:color w:val="0D5F78"/>
              </w:rPr>
              <w:t xml:space="preserve">Nr. </w:t>
            </w:r>
            <w:proofErr w:type="spellStart"/>
            <w:r>
              <w:rPr>
                <w:b/>
                <w:color w:val="0D5F78"/>
              </w:rPr>
              <w:t>înregistrare</w:t>
            </w:r>
            <w:proofErr w:type="spellEnd"/>
          </w:p>
          <w:p w14:paraId="61830230" w14:textId="77777777" w:rsidR="00473A9F" w:rsidRDefault="00473A9F" w:rsidP="00282F6F"/>
        </w:tc>
        <w:tc>
          <w:tcPr>
            <w:tcW w:w="3212" w:type="dxa"/>
          </w:tcPr>
          <w:p w14:paraId="79F7C7AC" w14:textId="77777777" w:rsidR="00473A9F" w:rsidRDefault="00473A9F" w:rsidP="00282F6F">
            <w:r>
              <w:rPr>
                <w:b/>
                <w:color w:val="0D5F78"/>
              </w:rPr>
              <w:t>Data</w:t>
            </w:r>
          </w:p>
          <w:p w14:paraId="31B40254" w14:textId="77777777" w:rsidR="00473A9F" w:rsidRDefault="00473A9F" w:rsidP="00282F6F"/>
        </w:tc>
      </w:tr>
    </w:tbl>
    <w:p w14:paraId="344C51B7" w14:textId="77777777" w:rsidR="00377113" w:rsidRPr="00343BBA" w:rsidRDefault="00377113">
      <w:pPr>
        <w:spacing w:line="168" w:lineRule="auto"/>
        <w:rPr>
          <w:lang w:val="fr-FR"/>
        </w:rPr>
      </w:pPr>
    </w:p>
    <w:p w14:paraId="6EE796C5" w14:textId="77777777" w:rsidR="00377113" w:rsidRPr="00004412" w:rsidRDefault="00306A4E">
      <w:pPr>
        <w:spacing w:before="140" w:after="40"/>
        <w:jc w:val="center"/>
        <w:rPr>
          <w:sz w:val="28"/>
          <w:szCs w:val="28"/>
        </w:rPr>
      </w:pPr>
      <w:r w:rsidRPr="00004412">
        <w:rPr>
          <w:b/>
          <w:sz w:val="28"/>
          <w:szCs w:val="28"/>
        </w:rPr>
        <w:t>CERERE</w:t>
      </w:r>
    </w:p>
    <w:p w14:paraId="458FF3BC" w14:textId="77777777" w:rsidR="00377113" w:rsidRDefault="00377113">
      <w:pPr>
        <w:spacing w:after="60"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377113" w14:paraId="40D14ED2" w14:textId="77777777">
        <w:trPr>
          <w:cantSplit/>
        </w:trPr>
        <w:tc>
          <w:tcPr>
            <w:tcW w:w="9636" w:type="dxa"/>
            <w:shd w:val="clear" w:color="auto" w:fill="F4F4F4"/>
          </w:tcPr>
          <w:p w14:paraId="3E8649FD" w14:textId="77777777" w:rsidR="00377113" w:rsidRDefault="00306A4E">
            <w:pPr>
              <w:keepNext/>
            </w:pPr>
            <w:r>
              <w:rPr>
                <w:b/>
                <w:sz w:val="16"/>
              </w:rPr>
              <w:t xml:space="preserve"> 1. </w:t>
            </w:r>
            <w:r>
              <w:rPr>
                <w:b/>
                <w:color w:val="000000"/>
                <w:sz w:val="18"/>
              </w:rPr>
              <w:t>CĂTRE</w:t>
            </w:r>
          </w:p>
        </w:tc>
      </w:tr>
      <w:tr w:rsidR="00377113" w:rsidRPr="00004412" w14:paraId="505A1856" w14:textId="77777777">
        <w:trPr>
          <w:cantSplit/>
          <w:trHeight w:val="510"/>
        </w:trPr>
        <w:tc>
          <w:tcPr>
            <w:tcW w:w="9636" w:type="dxa"/>
          </w:tcPr>
          <w:p w14:paraId="38C994F2" w14:textId="77777777" w:rsidR="00377113" w:rsidRPr="00343BBA" w:rsidRDefault="00306A4E">
            <w:pPr>
              <w:keepNext/>
              <w:rPr>
                <w:lang w:val="fr-FR"/>
              </w:rPr>
            </w:pPr>
            <w:proofErr w:type="spellStart"/>
            <w:r w:rsidRPr="00343BBA">
              <w:rPr>
                <w:b/>
                <w:color w:val="0D5F78"/>
                <w:lang w:val="fr-FR"/>
              </w:rPr>
              <w:t>Instituția</w:t>
            </w:r>
            <w:proofErr w:type="spellEnd"/>
          </w:p>
          <w:p w14:paraId="2863ECC5" w14:textId="77777777" w:rsidR="00377113" w:rsidRPr="00343BBA" w:rsidRDefault="00306A4E">
            <w:pPr>
              <w:keepNext/>
              <w:rPr>
                <w:lang w:val="fr-FR"/>
              </w:rPr>
            </w:pPr>
            <w:proofErr w:type="spellStart"/>
            <w:proofErr w:type="gramStart"/>
            <w:r w:rsidRPr="00343BBA">
              <w:rPr>
                <w:i/>
                <w:color w:val="7A7A7A"/>
                <w:lang w:val="fr-FR"/>
              </w:rPr>
              <w:t>primăria</w:t>
            </w:r>
            <w:proofErr w:type="spellEnd"/>
            <w:proofErr w:type="gramEnd"/>
            <w:r w:rsidRPr="00343BBA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343BBA">
              <w:rPr>
                <w:i/>
                <w:color w:val="7A7A7A"/>
                <w:lang w:val="fr-FR"/>
              </w:rPr>
              <w:t>municipiului</w:t>
            </w:r>
            <w:proofErr w:type="spellEnd"/>
            <w:r w:rsidRPr="00343BBA">
              <w:rPr>
                <w:i/>
                <w:color w:val="7A7A7A"/>
                <w:lang w:val="fr-FR"/>
              </w:rPr>
              <w:t xml:space="preserve"> / </w:t>
            </w:r>
            <w:proofErr w:type="spellStart"/>
            <w:r w:rsidRPr="00343BBA">
              <w:rPr>
                <w:i/>
                <w:color w:val="7A7A7A"/>
                <w:lang w:val="fr-FR"/>
              </w:rPr>
              <w:t>orașului</w:t>
            </w:r>
            <w:proofErr w:type="spellEnd"/>
            <w:r w:rsidRPr="00343BBA">
              <w:rPr>
                <w:i/>
                <w:color w:val="7A7A7A"/>
                <w:lang w:val="fr-FR"/>
              </w:rPr>
              <w:t xml:space="preserve"> / </w:t>
            </w:r>
            <w:proofErr w:type="spellStart"/>
            <w:r w:rsidRPr="00343BBA">
              <w:rPr>
                <w:i/>
                <w:color w:val="7A7A7A"/>
                <w:lang w:val="fr-FR"/>
              </w:rPr>
              <w:t>comunei</w:t>
            </w:r>
            <w:proofErr w:type="spellEnd"/>
            <w:r w:rsidRPr="00343BBA">
              <w:rPr>
                <w:i/>
                <w:color w:val="7A7A7A"/>
                <w:lang w:val="fr-FR"/>
              </w:rPr>
              <w:t xml:space="preserve"> · </w:t>
            </w:r>
            <w:proofErr w:type="spellStart"/>
            <w:r w:rsidRPr="00343BBA">
              <w:rPr>
                <w:i/>
                <w:color w:val="7A7A7A"/>
                <w:lang w:val="fr-FR"/>
              </w:rPr>
              <w:t>primăria</w:t>
            </w:r>
            <w:proofErr w:type="spellEnd"/>
            <w:r w:rsidRPr="00343BBA">
              <w:rPr>
                <w:i/>
                <w:color w:val="7A7A7A"/>
                <w:lang w:val="fr-FR"/>
              </w:rPr>
              <w:t xml:space="preserve"> de </w:t>
            </w:r>
            <w:proofErr w:type="spellStart"/>
            <w:r w:rsidRPr="00343BBA">
              <w:rPr>
                <w:i/>
                <w:color w:val="7A7A7A"/>
                <w:lang w:val="fr-FR"/>
              </w:rPr>
              <w:t>sector</w:t>
            </w:r>
            <w:proofErr w:type="spellEnd"/>
            <w:r w:rsidRPr="00343BBA">
              <w:rPr>
                <w:i/>
                <w:color w:val="7A7A7A"/>
                <w:lang w:val="fr-FR"/>
              </w:rPr>
              <w:t xml:space="preserve"> · </w:t>
            </w:r>
            <w:proofErr w:type="spellStart"/>
            <w:r w:rsidRPr="00343BBA">
              <w:rPr>
                <w:i/>
                <w:color w:val="7A7A7A"/>
                <w:lang w:val="fr-FR"/>
              </w:rPr>
              <w:t>consiliul</w:t>
            </w:r>
            <w:proofErr w:type="spellEnd"/>
            <w:r w:rsidRPr="00343BBA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343BBA">
              <w:rPr>
                <w:i/>
                <w:color w:val="7A7A7A"/>
                <w:lang w:val="fr-FR"/>
              </w:rPr>
              <w:t>județean</w:t>
            </w:r>
            <w:proofErr w:type="spellEnd"/>
          </w:p>
          <w:p w14:paraId="1C7F07C7" w14:textId="77777777" w:rsidR="00377113" w:rsidRPr="00343BBA" w:rsidRDefault="00377113">
            <w:pPr>
              <w:keepNext/>
              <w:rPr>
                <w:lang w:val="fr-FR"/>
              </w:rPr>
            </w:pPr>
          </w:p>
        </w:tc>
      </w:tr>
      <w:tr w:rsidR="00377113" w:rsidRPr="00004412" w14:paraId="48AFEF82" w14:textId="77777777">
        <w:trPr>
          <w:cantSplit/>
        </w:trPr>
        <w:tc>
          <w:tcPr>
            <w:tcW w:w="9636" w:type="dxa"/>
            <w:shd w:val="clear" w:color="auto" w:fill="F4F4F4"/>
          </w:tcPr>
          <w:p w14:paraId="2B647A2E" w14:textId="77777777" w:rsidR="00377113" w:rsidRPr="00343BBA" w:rsidRDefault="00306A4E">
            <w:pPr>
              <w:spacing w:line="228" w:lineRule="auto"/>
              <w:rPr>
                <w:lang w:val="fr-FR"/>
              </w:rPr>
            </w:pPr>
            <w:proofErr w:type="spellStart"/>
            <w:r w:rsidRPr="00343BBA">
              <w:rPr>
                <w:lang w:val="fr-FR"/>
              </w:rPr>
              <w:t>Cererea</w:t>
            </w:r>
            <w:proofErr w:type="spellEnd"/>
            <w:r w:rsidRPr="00343BBA">
              <w:rPr>
                <w:lang w:val="fr-FR"/>
              </w:rPr>
              <w:t xml:space="preserve"> va fi </w:t>
            </w:r>
            <w:proofErr w:type="spellStart"/>
            <w:r w:rsidRPr="00343BBA">
              <w:rPr>
                <w:lang w:val="fr-FR"/>
              </w:rPr>
              <w:t>transmisă</w:t>
            </w:r>
            <w:proofErr w:type="spellEnd"/>
            <w:r w:rsidRPr="00343BBA">
              <w:rPr>
                <w:lang w:val="fr-FR"/>
              </w:rPr>
              <w:t xml:space="preserve"> </w:t>
            </w:r>
            <w:proofErr w:type="spellStart"/>
            <w:r w:rsidRPr="00343BBA">
              <w:rPr>
                <w:lang w:val="fr-FR"/>
              </w:rPr>
              <w:t>către</w:t>
            </w:r>
            <w:proofErr w:type="spellEnd"/>
            <w:r w:rsidRPr="00343BBA">
              <w:rPr>
                <w:lang w:val="fr-FR"/>
              </w:rPr>
              <w:t xml:space="preserve"> </w:t>
            </w:r>
            <w:proofErr w:type="spellStart"/>
            <w:r w:rsidRPr="00343BBA">
              <w:rPr>
                <w:lang w:val="fr-FR"/>
              </w:rPr>
              <w:t>președintele</w:t>
            </w:r>
            <w:proofErr w:type="spellEnd"/>
            <w:r w:rsidRPr="00343BBA">
              <w:rPr>
                <w:lang w:val="fr-FR"/>
              </w:rPr>
              <w:t xml:space="preserve"> </w:t>
            </w:r>
            <w:proofErr w:type="spellStart"/>
            <w:r w:rsidRPr="00343BBA">
              <w:rPr>
                <w:lang w:val="fr-FR"/>
              </w:rPr>
              <w:t>consiliului</w:t>
            </w:r>
            <w:proofErr w:type="spellEnd"/>
            <w:r w:rsidRPr="00343BBA">
              <w:rPr>
                <w:lang w:val="fr-FR"/>
              </w:rPr>
              <w:t xml:space="preserve"> </w:t>
            </w:r>
            <w:proofErr w:type="spellStart"/>
            <w:r w:rsidRPr="00343BBA">
              <w:rPr>
                <w:lang w:val="fr-FR"/>
              </w:rPr>
              <w:t>județean</w:t>
            </w:r>
            <w:proofErr w:type="spellEnd"/>
            <w:r w:rsidRPr="00343BBA">
              <w:rPr>
                <w:lang w:val="fr-FR"/>
              </w:rPr>
              <w:t xml:space="preserve">, </w:t>
            </w:r>
            <w:proofErr w:type="spellStart"/>
            <w:r w:rsidRPr="00343BBA">
              <w:rPr>
                <w:lang w:val="fr-FR"/>
              </w:rPr>
              <w:t>primarul</w:t>
            </w:r>
            <w:proofErr w:type="spellEnd"/>
            <w:r w:rsidRPr="00343BBA">
              <w:rPr>
                <w:lang w:val="fr-FR"/>
              </w:rPr>
              <w:t xml:space="preserve"> </w:t>
            </w:r>
            <w:proofErr w:type="spellStart"/>
            <w:r w:rsidRPr="00343BBA">
              <w:rPr>
                <w:lang w:val="fr-FR"/>
              </w:rPr>
              <w:t>general</w:t>
            </w:r>
            <w:proofErr w:type="spellEnd"/>
            <w:r w:rsidRPr="00343BBA">
              <w:rPr>
                <w:lang w:val="fr-FR"/>
              </w:rPr>
              <w:t xml:space="preserve">, </w:t>
            </w:r>
            <w:proofErr w:type="spellStart"/>
            <w:r w:rsidRPr="00343BBA">
              <w:rPr>
                <w:lang w:val="fr-FR"/>
              </w:rPr>
              <w:t>primarul</w:t>
            </w:r>
            <w:proofErr w:type="spellEnd"/>
            <w:r w:rsidRPr="00343BBA">
              <w:rPr>
                <w:lang w:val="fr-FR"/>
              </w:rPr>
              <w:t xml:space="preserve"> de </w:t>
            </w:r>
            <w:proofErr w:type="spellStart"/>
            <w:r w:rsidRPr="00343BBA">
              <w:rPr>
                <w:lang w:val="fr-FR"/>
              </w:rPr>
              <w:t>sector</w:t>
            </w:r>
            <w:proofErr w:type="spellEnd"/>
            <w:r w:rsidRPr="00343BBA">
              <w:rPr>
                <w:lang w:val="fr-FR"/>
              </w:rPr>
              <w:t xml:space="preserve"> </w:t>
            </w:r>
            <w:proofErr w:type="spellStart"/>
            <w:r w:rsidRPr="00343BBA">
              <w:rPr>
                <w:lang w:val="fr-FR"/>
              </w:rPr>
              <w:t>sau</w:t>
            </w:r>
            <w:proofErr w:type="spellEnd"/>
            <w:r w:rsidRPr="00343BBA">
              <w:rPr>
                <w:lang w:val="fr-FR"/>
              </w:rPr>
              <w:t xml:space="preserve"> </w:t>
            </w:r>
            <w:proofErr w:type="spellStart"/>
            <w:r w:rsidRPr="00343BBA">
              <w:rPr>
                <w:lang w:val="fr-FR"/>
              </w:rPr>
              <w:t>primarul</w:t>
            </w:r>
            <w:proofErr w:type="spellEnd"/>
            <w:r w:rsidRPr="00343BBA">
              <w:rPr>
                <w:lang w:val="fr-FR"/>
              </w:rPr>
              <w:t xml:space="preserve"> </w:t>
            </w:r>
            <w:proofErr w:type="spellStart"/>
            <w:r w:rsidRPr="00343BBA">
              <w:rPr>
                <w:lang w:val="fr-FR"/>
              </w:rPr>
              <w:t>municipiului</w:t>
            </w:r>
            <w:proofErr w:type="spellEnd"/>
            <w:r w:rsidRPr="00343BBA">
              <w:rPr>
                <w:lang w:val="fr-FR"/>
              </w:rPr>
              <w:t xml:space="preserve"> / </w:t>
            </w:r>
            <w:proofErr w:type="spellStart"/>
            <w:r w:rsidRPr="00343BBA">
              <w:rPr>
                <w:lang w:val="fr-FR"/>
              </w:rPr>
              <w:t>orașului</w:t>
            </w:r>
            <w:proofErr w:type="spellEnd"/>
            <w:r w:rsidRPr="00343BBA">
              <w:rPr>
                <w:lang w:val="fr-FR"/>
              </w:rPr>
              <w:t xml:space="preserve"> / </w:t>
            </w:r>
            <w:proofErr w:type="spellStart"/>
            <w:r w:rsidRPr="00343BBA">
              <w:rPr>
                <w:lang w:val="fr-FR"/>
              </w:rPr>
              <w:t>comunei</w:t>
            </w:r>
            <w:proofErr w:type="spellEnd"/>
            <w:r w:rsidRPr="00343BBA">
              <w:rPr>
                <w:lang w:val="fr-FR"/>
              </w:rPr>
              <w:t xml:space="preserve">, </w:t>
            </w:r>
            <w:proofErr w:type="spellStart"/>
            <w:r w:rsidRPr="00343BBA">
              <w:rPr>
                <w:lang w:val="fr-FR"/>
              </w:rPr>
              <w:t>după</w:t>
            </w:r>
            <w:proofErr w:type="spellEnd"/>
            <w:r w:rsidRPr="00343BBA">
              <w:rPr>
                <w:lang w:val="fr-FR"/>
              </w:rPr>
              <w:t xml:space="preserve"> </w:t>
            </w:r>
            <w:proofErr w:type="spellStart"/>
            <w:r w:rsidRPr="00343BBA">
              <w:rPr>
                <w:lang w:val="fr-FR"/>
              </w:rPr>
              <w:t>caz</w:t>
            </w:r>
            <w:proofErr w:type="spellEnd"/>
            <w:r w:rsidRPr="00343BBA">
              <w:rPr>
                <w:lang w:val="fr-FR"/>
              </w:rPr>
              <w:t>.</w:t>
            </w:r>
          </w:p>
        </w:tc>
      </w:tr>
    </w:tbl>
    <w:p w14:paraId="20841BEE" w14:textId="77777777" w:rsidR="00377113" w:rsidRPr="00343BBA" w:rsidRDefault="00377113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803"/>
        <w:gridCol w:w="803"/>
        <w:gridCol w:w="803"/>
        <w:gridCol w:w="803"/>
        <w:gridCol w:w="1606"/>
        <w:gridCol w:w="1606"/>
      </w:tblGrid>
      <w:tr w:rsidR="00377113" w14:paraId="604C8CEF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07303ACD" w14:textId="77777777" w:rsidR="00377113" w:rsidRDefault="00306A4E">
            <w:pPr>
              <w:keepNext/>
            </w:pPr>
            <w:r w:rsidRPr="00343BBA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2. </w:t>
            </w:r>
            <w:r>
              <w:rPr>
                <w:b/>
                <w:color w:val="000000"/>
                <w:sz w:val="18"/>
              </w:rPr>
              <w:t>SOLICITANTUL</w:t>
            </w:r>
          </w:p>
        </w:tc>
      </w:tr>
      <w:tr w:rsidR="00377113" w14:paraId="7CFFB225" w14:textId="77777777">
        <w:trPr>
          <w:cantSplit/>
          <w:trHeight w:val="510"/>
        </w:trPr>
        <w:tc>
          <w:tcPr>
            <w:tcW w:w="5621" w:type="dxa"/>
            <w:gridSpan w:val="5"/>
          </w:tcPr>
          <w:p w14:paraId="73C78B15" w14:textId="77777777" w:rsidR="00377113" w:rsidRDefault="00306A4E">
            <w:pPr>
              <w:keepNext/>
            </w:pPr>
            <w:proofErr w:type="spellStart"/>
            <w:r>
              <w:rPr>
                <w:b/>
                <w:color w:val="0D5F78"/>
              </w:rPr>
              <w:t>Nume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și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prenume</w:t>
            </w:r>
            <w:proofErr w:type="spellEnd"/>
          </w:p>
          <w:p w14:paraId="492F91CD" w14:textId="77777777" w:rsidR="00377113" w:rsidRDefault="00377113">
            <w:pPr>
              <w:keepNext/>
            </w:pPr>
          </w:p>
        </w:tc>
        <w:tc>
          <w:tcPr>
            <w:tcW w:w="4015" w:type="dxa"/>
            <w:gridSpan w:val="3"/>
          </w:tcPr>
          <w:p w14:paraId="40F931FA" w14:textId="77777777" w:rsidR="00377113" w:rsidRDefault="00306A4E">
            <w:pPr>
              <w:keepNext/>
            </w:pPr>
            <w:r>
              <w:rPr>
                <w:b/>
                <w:color w:val="0D5F78"/>
              </w:rPr>
              <w:t>CNP</w:t>
            </w:r>
          </w:p>
          <w:p w14:paraId="32FF08C1" w14:textId="77777777" w:rsidR="00377113" w:rsidRDefault="00377113">
            <w:pPr>
              <w:keepNext/>
            </w:pPr>
          </w:p>
        </w:tc>
      </w:tr>
      <w:tr w:rsidR="00377113" w14:paraId="6A746F7A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78623411" w14:textId="77777777" w:rsidR="00377113" w:rsidRDefault="00306A4E">
            <w:pPr>
              <w:keepNext/>
            </w:pPr>
            <w:r>
              <w:rPr>
                <w:sz w:val="16"/>
              </w:rPr>
              <w:t xml:space="preserve"> Act de </w:t>
            </w:r>
            <w:proofErr w:type="spellStart"/>
            <w:r>
              <w:rPr>
                <w:sz w:val="16"/>
              </w:rPr>
              <w:t>identitate</w:t>
            </w:r>
            <w:proofErr w:type="spellEnd"/>
          </w:p>
        </w:tc>
      </w:tr>
      <w:tr w:rsidR="00377113" w14:paraId="34135F0A" w14:textId="77777777">
        <w:trPr>
          <w:cantSplit/>
          <w:trHeight w:val="510"/>
        </w:trPr>
        <w:tc>
          <w:tcPr>
            <w:tcW w:w="1606" w:type="dxa"/>
          </w:tcPr>
          <w:p w14:paraId="0FE58C8A" w14:textId="77777777" w:rsidR="00377113" w:rsidRDefault="00306A4E">
            <w:pPr>
              <w:keepNext/>
            </w:pPr>
            <w:proofErr w:type="spellStart"/>
            <w:r>
              <w:rPr>
                <w:b/>
                <w:color w:val="0D5F78"/>
              </w:rPr>
              <w:t>Seria</w:t>
            </w:r>
            <w:proofErr w:type="spellEnd"/>
          </w:p>
          <w:p w14:paraId="744D4F37" w14:textId="77777777" w:rsidR="00377113" w:rsidRDefault="00377113">
            <w:pPr>
              <w:keepNext/>
            </w:pPr>
          </w:p>
        </w:tc>
        <w:tc>
          <w:tcPr>
            <w:tcW w:w="1606" w:type="dxa"/>
          </w:tcPr>
          <w:p w14:paraId="54E4DCF4" w14:textId="77777777" w:rsidR="00377113" w:rsidRDefault="00306A4E">
            <w:pPr>
              <w:keepNext/>
            </w:pPr>
            <w:proofErr w:type="spellStart"/>
            <w:r>
              <w:rPr>
                <w:b/>
                <w:color w:val="0D5F78"/>
              </w:rPr>
              <w:t>Numărul</w:t>
            </w:r>
            <w:proofErr w:type="spellEnd"/>
          </w:p>
          <w:p w14:paraId="6AFD4CBD" w14:textId="77777777" w:rsidR="00377113" w:rsidRDefault="00377113">
            <w:pPr>
              <w:keepNext/>
            </w:pPr>
          </w:p>
        </w:tc>
        <w:tc>
          <w:tcPr>
            <w:tcW w:w="4818" w:type="dxa"/>
            <w:gridSpan w:val="5"/>
          </w:tcPr>
          <w:p w14:paraId="1275CF2C" w14:textId="77777777" w:rsidR="00377113" w:rsidRDefault="00306A4E">
            <w:pPr>
              <w:keepNext/>
            </w:pPr>
            <w:proofErr w:type="spellStart"/>
            <w:r>
              <w:rPr>
                <w:b/>
                <w:color w:val="0D5F78"/>
              </w:rPr>
              <w:t>Eliberat</w:t>
            </w:r>
            <w:proofErr w:type="spellEnd"/>
            <w:r>
              <w:rPr>
                <w:b/>
                <w:color w:val="0D5F78"/>
              </w:rPr>
              <w:t xml:space="preserve"> de</w:t>
            </w:r>
          </w:p>
          <w:p w14:paraId="4C997CA9" w14:textId="77777777" w:rsidR="00377113" w:rsidRDefault="00377113">
            <w:pPr>
              <w:keepNext/>
            </w:pPr>
          </w:p>
        </w:tc>
        <w:tc>
          <w:tcPr>
            <w:tcW w:w="1606" w:type="dxa"/>
          </w:tcPr>
          <w:p w14:paraId="375049A5" w14:textId="77777777" w:rsidR="00377113" w:rsidRDefault="00306A4E">
            <w:pPr>
              <w:keepNext/>
            </w:pPr>
            <w:r>
              <w:rPr>
                <w:b/>
                <w:color w:val="0D5F78"/>
              </w:rPr>
              <w:t>La data</w:t>
            </w:r>
          </w:p>
          <w:p w14:paraId="1E260826" w14:textId="77777777" w:rsidR="00377113" w:rsidRDefault="00377113">
            <w:pPr>
              <w:keepNext/>
            </w:pPr>
          </w:p>
        </w:tc>
      </w:tr>
      <w:tr w:rsidR="00377113" w14:paraId="20F26A7F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6631D62D" w14:textId="77777777" w:rsidR="00377113" w:rsidRDefault="00306A4E">
            <w:pPr>
              <w:keepNext/>
            </w:pP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Domiciliul</w:t>
            </w:r>
            <w:proofErr w:type="spellEnd"/>
          </w:p>
        </w:tc>
      </w:tr>
      <w:tr w:rsidR="00377113" w14:paraId="14021D82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0EEC3E11" w14:textId="77777777" w:rsidR="00377113" w:rsidRDefault="00306A4E">
            <w:pPr>
              <w:keepNext/>
            </w:pPr>
            <w:proofErr w:type="spellStart"/>
            <w:r>
              <w:rPr>
                <w:b/>
                <w:color w:val="0D5F78"/>
              </w:rPr>
              <w:t>Județul</w:t>
            </w:r>
            <w:proofErr w:type="spellEnd"/>
          </w:p>
          <w:p w14:paraId="1815C0EF" w14:textId="77777777" w:rsidR="00377113" w:rsidRDefault="00377113">
            <w:pPr>
              <w:keepNext/>
            </w:pPr>
          </w:p>
        </w:tc>
        <w:tc>
          <w:tcPr>
            <w:tcW w:w="3212" w:type="dxa"/>
            <w:gridSpan w:val="4"/>
          </w:tcPr>
          <w:p w14:paraId="1597517E" w14:textId="77777777" w:rsidR="00377113" w:rsidRDefault="00306A4E">
            <w:pPr>
              <w:keepNext/>
            </w:pPr>
            <w:proofErr w:type="spellStart"/>
            <w:r>
              <w:rPr>
                <w:b/>
                <w:color w:val="0D5F78"/>
              </w:rPr>
              <w:t>Municipiul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orașul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comuna</w:t>
            </w:r>
            <w:proofErr w:type="spellEnd"/>
          </w:p>
          <w:p w14:paraId="691DF8E2" w14:textId="77777777" w:rsidR="00377113" w:rsidRDefault="00377113">
            <w:pPr>
              <w:keepNext/>
            </w:pPr>
          </w:p>
        </w:tc>
        <w:tc>
          <w:tcPr>
            <w:tcW w:w="3212" w:type="dxa"/>
            <w:gridSpan w:val="2"/>
          </w:tcPr>
          <w:p w14:paraId="3DE1D317" w14:textId="77777777" w:rsidR="00377113" w:rsidRDefault="00306A4E">
            <w:pPr>
              <w:keepNext/>
            </w:pPr>
            <w:proofErr w:type="spellStart"/>
            <w:r>
              <w:rPr>
                <w:b/>
                <w:color w:val="0D5F78"/>
              </w:rPr>
              <w:t>Satul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sectorul</w:t>
            </w:r>
            <w:proofErr w:type="spellEnd"/>
          </w:p>
          <w:p w14:paraId="1B6BDCCB" w14:textId="77777777" w:rsidR="00377113" w:rsidRDefault="00377113">
            <w:pPr>
              <w:keepNext/>
            </w:pPr>
          </w:p>
        </w:tc>
      </w:tr>
      <w:tr w:rsidR="00377113" w14:paraId="35FE036F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3032BBD3" w14:textId="77777777" w:rsidR="00377113" w:rsidRDefault="00306A4E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255C5EF4" w14:textId="77777777" w:rsidR="00377113" w:rsidRDefault="00377113">
            <w:pPr>
              <w:keepNext/>
            </w:pPr>
          </w:p>
        </w:tc>
        <w:tc>
          <w:tcPr>
            <w:tcW w:w="803" w:type="dxa"/>
          </w:tcPr>
          <w:p w14:paraId="63B36D30" w14:textId="77777777" w:rsidR="00377113" w:rsidRDefault="00306A4E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7570AD44" w14:textId="77777777" w:rsidR="00377113" w:rsidRDefault="00377113">
            <w:pPr>
              <w:keepNext/>
            </w:pPr>
          </w:p>
        </w:tc>
        <w:tc>
          <w:tcPr>
            <w:tcW w:w="803" w:type="dxa"/>
          </w:tcPr>
          <w:p w14:paraId="7EB3F9F1" w14:textId="77777777" w:rsidR="00377113" w:rsidRDefault="00306A4E">
            <w:pPr>
              <w:keepNext/>
            </w:pPr>
            <w:r>
              <w:rPr>
                <w:b/>
                <w:color w:val="0D5F78"/>
              </w:rPr>
              <w:t>Sc.</w:t>
            </w:r>
          </w:p>
          <w:p w14:paraId="598896A6" w14:textId="77777777" w:rsidR="00377113" w:rsidRDefault="00377113">
            <w:pPr>
              <w:keepNext/>
            </w:pPr>
          </w:p>
        </w:tc>
        <w:tc>
          <w:tcPr>
            <w:tcW w:w="803" w:type="dxa"/>
          </w:tcPr>
          <w:p w14:paraId="68084122" w14:textId="77777777" w:rsidR="00377113" w:rsidRDefault="00306A4E">
            <w:pPr>
              <w:keepNext/>
            </w:pPr>
            <w:r>
              <w:rPr>
                <w:b/>
                <w:color w:val="0D5F78"/>
              </w:rPr>
              <w:t>Et.</w:t>
            </w:r>
          </w:p>
          <w:p w14:paraId="1FB7A599" w14:textId="77777777" w:rsidR="00377113" w:rsidRDefault="00377113">
            <w:pPr>
              <w:keepNext/>
            </w:pPr>
          </w:p>
        </w:tc>
        <w:tc>
          <w:tcPr>
            <w:tcW w:w="803" w:type="dxa"/>
          </w:tcPr>
          <w:p w14:paraId="635895CD" w14:textId="77777777" w:rsidR="00377113" w:rsidRDefault="00306A4E">
            <w:pPr>
              <w:keepNext/>
            </w:pPr>
            <w:r>
              <w:rPr>
                <w:b/>
                <w:color w:val="0D5F78"/>
              </w:rPr>
              <w:t>Ap.</w:t>
            </w:r>
          </w:p>
          <w:p w14:paraId="5877D4A7" w14:textId="77777777" w:rsidR="00377113" w:rsidRDefault="00377113">
            <w:pPr>
              <w:keepNext/>
            </w:pPr>
          </w:p>
        </w:tc>
        <w:tc>
          <w:tcPr>
            <w:tcW w:w="1606" w:type="dxa"/>
          </w:tcPr>
          <w:p w14:paraId="0825FC30" w14:textId="77777777" w:rsidR="00377113" w:rsidRDefault="00306A4E">
            <w:pPr>
              <w:keepNext/>
            </w:pPr>
            <w:r>
              <w:rPr>
                <w:b/>
                <w:color w:val="0D5F78"/>
              </w:rPr>
              <w:t xml:space="preserve">Cod </w:t>
            </w:r>
            <w:proofErr w:type="spellStart"/>
            <w:r>
              <w:rPr>
                <w:b/>
                <w:color w:val="0D5F78"/>
              </w:rPr>
              <w:t>poștal</w:t>
            </w:r>
            <w:proofErr w:type="spellEnd"/>
          </w:p>
          <w:p w14:paraId="34487808" w14:textId="77777777" w:rsidR="00377113" w:rsidRDefault="00377113">
            <w:pPr>
              <w:keepNext/>
            </w:pPr>
          </w:p>
        </w:tc>
        <w:tc>
          <w:tcPr>
            <w:tcW w:w="1606" w:type="dxa"/>
          </w:tcPr>
          <w:p w14:paraId="5B31A664" w14:textId="77777777" w:rsidR="00377113" w:rsidRDefault="00306A4E">
            <w:pPr>
              <w:keepNext/>
            </w:pPr>
            <w:proofErr w:type="spellStart"/>
            <w:r>
              <w:rPr>
                <w:b/>
                <w:color w:val="0D5F78"/>
              </w:rPr>
              <w:t>Țara</w:t>
            </w:r>
            <w:proofErr w:type="spellEnd"/>
          </w:p>
          <w:p w14:paraId="1AC94237" w14:textId="77777777" w:rsidR="00377113" w:rsidRDefault="00377113">
            <w:pPr>
              <w:keepNext/>
            </w:pPr>
          </w:p>
        </w:tc>
      </w:tr>
      <w:tr w:rsidR="00377113" w14:paraId="7E5729BF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6CD68FCA" w14:textId="77777777" w:rsidR="00377113" w:rsidRDefault="00306A4E">
            <w:pPr>
              <w:keepNext/>
            </w:pPr>
            <w:r>
              <w:rPr>
                <w:sz w:val="16"/>
              </w:rPr>
              <w:t xml:space="preserve"> Date de contact</w:t>
            </w:r>
          </w:p>
        </w:tc>
      </w:tr>
      <w:tr w:rsidR="00377113" w14:paraId="66B951DB" w14:textId="77777777">
        <w:trPr>
          <w:cantSplit/>
          <w:trHeight w:val="510"/>
        </w:trPr>
        <w:tc>
          <w:tcPr>
            <w:tcW w:w="4015" w:type="dxa"/>
            <w:gridSpan w:val="3"/>
          </w:tcPr>
          <w:p w14:paraId="70E97DD8" w14:textId="77777777" w:rsidR="00377113" w:rsidRDefault="00306A4E">
            <w:proofErr w:type="spellStart"/>
            <w:r>
              <w:rPr>
                <w:b/>
                <w:color w:val="0D5F78"/>
              </w:rPr>
              <w:t>Telefon</w:t>
            </w:r>
            <w:proofErr w:type="spellEnd"/>
            <w:r>
              <w:rPr>
                <w:b/>
                <w:color w:val="0D5F78"/>
              </w:rPr>
              <w:t xml:space="preserve"> / fax</w:t>
            </w:r>
          </w:p>
          <w:p w14:paraId="488DB23E" w14:textId="77777777" w:rsidR="00377113" w:rsidRDefault="00377113"/>
        </w:tc>
        <w:tc>
          <w:tcPr>
            <w:tcW w:w="5621" w:type="dxa"/>
            <w:gridSpan w:val="5"/>
          </w:tcPr>
          <w:p w14:paraId="7EFBC837" w14:textId="77777777" w:rsidR="00377113" w:rsidRDefault="00306A4E">
            <w:r>
              <w:rPr>
                <w:b/>
                <w:color w:val="0D5F78"/>
              </w:rPr>
              <w:t>E-mail</w:t>
            </w:r>
          </w:p>
          <w:p w14:paraId="1C3CE210" w14:textId="77777777" w:rsidR="00377113" w:rsidRDefault="00377113"/>
        </w:tc>
      </w:tr>
    </w:tbl>
    <w:p w14:paraId="6E863ACA" w14:textId="77777777" w:rsidR="00377113" w:rsidRDefault="00377113">
      <w:pPr>
        <w:spacing w:line="168" w:lineRule="auto"/>
      </w:pPr>
    </w:p>
    <w:p w14:paraId="2E8A375E" w14:textId="77777777" w:rsidR="00377113" w:rsidRDefault="00306A4E">
      <w:pPr>
        <w:spacing w:before="80" w:after="60"/>
        <w:jc w:val="center"/>
      </w:pPr>
      <w:proofErr w:type="spellStart"/>
      <w:r>
        <w:rPr>
          <w:sz w:val="18"/>
        </w:rPr>
        <w:t>în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temeiul</w:t>
      </w:r>
      <w:proofErr w:type="spellEnd"/>
      <w:r>
        <w:rPr>
          <w:sz w:val="18"/>
        </w:rPr>
        <w:t xml:space="preserve"> art. 257 </w:t>
      </w:r>
      <w:proofErr w:type="spellStart"/>
      <w:r>
        <w:rPr>
          <w:sz w:val="18"/>
        </w:rPr>
        <w:t>alin</w:t>
      </w:r>
      <w:proofErr w:type="spellEnd"/>
      <w:r>
        <w:rPr>
          <w:sz w:val="18"/>
        </w:rPr>
        <w:t xml:space="preserve">. (17) din </w:t>
      </w:r>
      <w:proofErr w:type="spellStart"/>
      <w:r>
        <w:rPr>
          <w:sz w:val="18"/>
        </w:rPr>
        <w:t>Legea</w:t>
      </w:r>
      <w:proofErr w:type="spellEnd"/>
      <w:r>
        <w:rPr>
          <w:sz w:val="18"/>
        </w:rPr>
        <w:t xml:space="preserve"> nr. 169/2026 </w:t>
      </w:r>
      <w:proofErr w:type="spellStart"/>
      <w:r>
        <w:rPr>
          <w:sz w:val="18"/>
        </w:rPr>
        <w:t>privind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Codul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amenajării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teritoriului</w:t>
      </w:r>
      <w:proofErr w:type="spellEnd"/>
      <w:r>
        <w:rPr>
          <w:sz w:val="18"/>
        </w:rPr>
        <w:t xml:space="preserve">, </w:t>
      </w:r>
      <w:proofErr w:type="spellStart"/>
      <w:r>
        <w:rPr>
          <w:sz w:val="18"/>
        </w:rPr>
        <w:t>urbanismului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și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construcțiilor</w:t>
      </w:r>
      <w:proofErr w:type="spellEnd"/>
      <w:r>
        <w:rPr>
          <w:sz w:val="18"/>
        </w:rPr>
        <w:t>,</w:t>
      </w:r>
    </w:p>
    <w:p w14:paraId="21143514" w14:textId="77777777" w:rsidR="00004412" w:rsidRDefault="00306A4E">
      <w:pPr>
        <w:spacing w:before="80" w:after="60"/>
        <w:jc w:val="center"/>
        <w:rPr>
          <w:b/>
          <w:color w:val="000000"/>
          <w:sz w:val="18"/>
          <w:lang w:val="fr-FR"/>
        </w:rPr>
      </w:pPr>
      <w:proofErr w:type="spellStart"/>
      <w:proofErr w:type="gramStart"/>
      <w:r w:rsidRPr="00004412">
        <w:rPr>
          <w:sz w:val="18"/>
          <w:lang w:val="fr-FR"/>
        </w:rPr>
        <w:t>solicit</w:t>
      </w:r>
      <w:proofErr w:type="spellEnd"/>
      <w:proofErr w:type="gramEnd"/>
      <w:r w:rsidRPr="00004412">
        <w:rPr>
          <w:sz w:val="18"/>
          <w:lang w:val="fr-FR"/>
        </w:rPr>
        <w:t xml:space="preserve"> </w:t>
      </w:r>
      <w:proofErr w:type="spellStart"/>
      <w:r w:rsidRPr="00004412">
        <w:rPr>
          <w:sz w:val="18"/>
          <w:lang w:val="fr-FR"/>
        </w:rPr>
        <w:t>prelungirea</w:t>
      </w:r>
      <w:proofErr w:type="spellEnd"/>
      <w:r w:rsidRPr="00004412">
        <w:rPr>
          <w:sz w:val="18"/>
          <w:lang w:val="fr-FR"/>
        </w:rPr>
        <w:t xml:space="preserve"> </w:t>
      </w:r>
      <w:proofErr w:type="spellStart"/>
      <w:r w:rsidRPr="00004412">
        <w:rPr>
          <w:sz w:val="18"/>
          <w:lang w:val="fr-FR"/>
        </w:rPr>
        <w:t>valabilității</w:t>
      </w:r>
      <w:proofErr w:type="spellEnd"/>
      <w:r w:rsidR="00004412" w:rsidRPr="00004412">
        <w:rPr>
          <w:b/>
          <w:color w:val="000000"/>
          <w:sz w:val="18"/>
          <w:lang w:val="fr-FR"/>
        </w:rPr>
        <w:t xml:space="preserve"> </w:t>
      </w:r>
    </w:p>
    <w:p w14:paraId="077ADEDA" w14:textId="5045CE9D" w:rsidR="00377113" w:rsidRPr="00004412" w:rsidRDefault="00004412">
      <w:pPr>
        <w:spacing w:before="80" w:after="60"/>
        <w:jc w:val="center"/>
        <w:rPr>
          <w:sz w:val="20"/>
          <w:szCs w:val="20"/>
          <w:lang w:val="fr-FR"/>
        </w:rPr>
      </w:pPr>
      <w:r w:rsidRPr="00004412">
        <w:rPr>
          <w:b/>
          <w:color w:val="000000"/>
          <w:sz w:val="20"/>
          <w:szCs w:val="20"/>
          <w:lang w:val="fr-FR"/>
        </w:rPr>
        <w:t>CERTIFICATULUI DE URBANISM</w:t>
      </w: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803"/>
        <w:gridCol w:w="4818"/>
      </w:tblGrid>
      <w:tr w:rsidR="00377113" w14:paraId="62A1223F" w14:textId="77777777">
        <w:trPr>
          <w:cantSplit/>
          <w:trHeight w:val="510"/>
        </w:trPr>
        <w:tc>
          <w:tcPr>
            <w:tcW w:w="1606" w:type="dxa"/>
          </w:tcPr>
          <w:p w14:paraId="7765B9B1" w14:textId="77777777" w:rsidR="00377113" w:rsidRDefault="00306A4E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1491A8A0" w14:textId="77777777" w:rsidR="00377113" w:rsidRDefault="00377113">
            <w:pPr>
              <w:keepNext/>
            </w:pPr>
          </w:p>
        </w:tc>
        <w:tc>
          <w:tcPr>
            <w:tcW w:w="2409" w:type="dxa"/>
          </w:tcPr>
          <w:p w14:paraId="32FEB634" w14:textId="77777777" w:rsidR="00377113" w:rsidRDefault="00306A4E">
            <w:pPr>
              <w:keepNext/>
            </w:pPr>
            <w:r>
              <w:rPr>
                <w:b/>
                <w:color w:val="0D5F78"/>
              </w:rPr>
              <w:t>Din data</w:t>
            </w:r>
          </w:p>
          <w:p w14:paraId="70A0A594" w14:textId="77777777" w:rsidR="00377113" w:rsidRDefault="00377113">
            <w:pPr>
              <w:keepNext/>
            </w:pPr>
          </w:p>
        </w:tc>
        <w:tc>
          <w:tcPr>
            <w:tcW w:w="5621" w:type="dxa"/>
            <w:gridSpan w:val="2"/>
          </w:tcPr>
          <w:p w14:paraId="5DFD23E9" w14:textId="77777777" w:rsidR="00377113" w:rsidRDefault="00306A4E">
            <w:pPr>
              <w:keepNext/>
            </w:pPr>
            <w:proofErr w:type="spellStart"/>
            <w:r>
              <w:rPr>
                <w:b/>
                <w:color w:val="0D5F78"/>
              </w:rPr>
              <w:t>Emis</w:t>
            </w:r>
            <w:proofErr w:type="spellEnd"/>
            <w:r>
              <w:rPr>
                <w:b/>
                <w:color w:val="0D5F78"/>
              </w:rPr>
              <w:t xml:space="preserve"> de</w:t>
            </w:r>
          </w:p>
          <w:p w14:paraId="5357994E" w14:textId="77777777" w:rsidR="00377113" w:rsidRDefault="00377113">
            <w:pPr>
              <w:keepNext/>
            </w:pPr>
          </w:p>
        </w:tc>
      </w:tr>
      <w:tr w:rsidR="00377113" w14:paraId="356194D4" w14:textId="77777777">
        <w:trPr>
          <w:cantSplit/>
          <w:trHeight w:val="510"/>
        </w:trPr>
        <w:tc>
          <w:tcPr>
            <w:tcW w:w="4818" w:type="dxa"/>
            <w:gridSpan w:val="3"/>
          </w:tcPr>
          <w:p w14:paraId="5AABADB7" w14:textId="77777777" w:rsidR="00377113" w:rsidRDefault="00306A4E">
            <w:proofErr w:type="spellStart"/>
            <w:r>
              <w:rPr>
                <w:b/>
                <w:color w:val="0D5F78"/>
              </w:rPr>
              <w:t>Prelungirea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solicitată</w:t>
            </w:r>
            <w:proofErr w:type="spellEnd"/>
            <w:r>
              <w:rPr>
                <w:b/>
                <w:color w:val="0D5F78"/>
              </w:rPr>
              <w:t xml:space="preserve"> — de la data</w:t>
            </w:r>
          </w:p>
          <w:p w14:paraId="073435BA" w14:textId="77777777" w:rsidR="00377113" w:rsidRDefault="00377113"/>
        </w:tc>
        <w:tc>
          <w:tcPr>
            <w:tcW w:w="4818" w:type="dxa"/>
          </w:tcPr>
          <w:p w14:paraId="78FDD7CA" w14:textId="77777777" w:rsidR="00377113" w:rsidRDefault="00306A4E">
            <w:proofErr w:type="spellStart"/>
            <w:r>
              <w:rPr>
                <w:b/>
                <w:color w:val="0D5F78"/>
              </w:rPr>
              <w:t>până</w:t>
            </w:r>
            <w:proofErr w:type="spellEnd"/>
            <w:r>
              <w:rPr>
                <w:b/>
                <w:color w:val="0D5F78"/>
              </w:rPr>
              <w:t xml:space="preserve"> la data</w:t>
            </w:r>
          </w:p>
          <w:p w14:paraId="3D4C5B91" w14:textId="77777777" w:rsidR="00377113" w:rsidRDefault="00377113"/>
        </w:tc>
      </w:tr>
    </w:tbl>
    <w:p w14:paraId="7B9769F8" w14:textId="77777777" w:rsidR="00377113" w:rsidRDefault="00377113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2409"/>
        <w:gridCol w:w="803"/>
        <w:gridCol w:w="803"/>
        <w:gridCol w:w="2409"/>
      </w:tblGrid>
      <w:tr w:rsidR="00377113" w14:paraId="18332584" w14:textId="77777777">
        <w:trPr>
          <w:cantSplit/>
        </w:trPr>
        <w:tc>
          <w:tcPr>
            <w:tcW w:w="9636" w:type="dxa"/>
            <w:gridSpan w:val="6"/>
            <w:shd w:val="clear" w:color="auto" w:fill="F4F4F4"/>
          </w:tcPr>
          <w:p w14:paraId="7AC950F1" w14:textId="77777777" w:rsidR="00377113" w:rsidRDefault="00306A4E">
            <w:pPr>
              <w:keepNext/>
            </w:pPr>
            <w:r>
              <w:rPr>
                <w:b/>
                <w:sz w:val="16"/>
              </w:rPr>
              <w:t xml:space="preserve"> 4. </w:t>
            </w:r>
            <w:r>
              <w:rPr>
                <w:b/>
                <w:color w:val="000000"/>
                <w:sz w:val="18"/>
              </w:rPr>
              <w:t>IMOBILUL</w:t>
            </w:r>
          </w:p>
        </w:tc>
      </w:tr>
      <w:tr w:rsidR="00377113" w14:paraId="248B564F" w14:textId="77777777">
        <w:trPr>
          <w:cantSplit/>
        </w:trPr>
        <w:tc>
          <w:tcPr>
            <w:tcW w:w="9636" w:type="dxa"/>
            <w:gridSpan w:val="6"/>
          </w:tcPr>
          <w:p w14:paraId="7D32E515" w14:textId="03EB79E3" w:rsidR="00377113" w:rsidRDefault="00306A4E">
            <w:pPr>
              <w:keepNext/>
            </w:pPr>
            <w:r>
              <w:rPr>
                <w:sz w:val="16"/>
              </w:rPr>
              <w:t xml:space="preserve"> </w:t>
            </w:r>
            <w:sdt>
              <w:sdtPr>
                <w:rPr>
                  <w:sz w:val="16"/>
                </w:rPr>
                <w:id w:val="-8385410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83615"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teren</w:t>
            </w:r>
            <w:proofErr w:type="spellEnd"/>
            <w:r>
              <w:rPr>
                <w:sz w:val="16"/>
              </w:rPr>
              <w:t xml:space="preserve">     </w:t>
            </w:r>
            <w:sdt>
              <w:sdtPr>
                <w:rPr>
                  <w:sz w:val="16"/>
                </w:rPr>
                <w:id w:val="5054177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83615"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construcții</w:t>
            </w:r>
            <w:proofErr w:type="spellEnd"/>
          </w:p>
        </w:tc>
      </w:tr>
      <w:tr w:rsidR="00377113" w14:paraId="533C4D6A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107ADBF6" w14:textId="77777777" w:rsidR="00377113" w:rsidRDefault="00306A4E">
            <w:pPr>
              <w:keepNext/>
            </w:pPr>
            <w:proofErr w:type="spellStart"/>
            <w:r>
              <w:rPr>
                <w:b/>
                <w:color w:val="0D5F78"/>
              </w:rPr>
              <w:t>Județ</w:t>
            </w:r>
            <w:proofErr w:type="spellEnd"/>
          </w:p>
          <w:p w14:paraId="545515E0" w14:textId="77777777" w:rsidR="00377113" w:rsidRDefault="00377113">
            <w:pPr>
              <w:keepNext/>
            </w:pPr>
          </w:p>
        </w:tc>
        <w:tc>
          <w:tcPr>
            <w:tcW w:w="3212" w:type="dxa"/>
            <w:gridSpan w:val="2"/>
          </w:tcPr>
          <w:p w14:paraId="5F352457" w14:textId="77777777" w:rsidR="00377113" w:rsidRDefault="00306A4E">
            <w:pPr>
              <w:keepNext/>
            </w:pPr>
            <w:proofErr w:type="spellStart"/>
            <w:r>
              <w:rPr>
                <w:b/>
                <w:color w:val="0D5F78"/>
              </w:rPr>
              <w:t>Municipiu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oraș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comună</w:t>
            </w:r>
            <w:proofErr w:type="spellEnd"/>
          </w:p>
          <w:p w14:paraId="14C00203" w14:textId="77777777" w:rsidR="00377113" w:rsidRDefault="00377113">
            <w:pPr>
              <w:keepNext/>
            </w:pPr>
          </w:p>
        </w:tc>
        <w:tc>
          <w:tcPr>
            <w:tcW w:w="3212" w:type="dxa"/>
            <w:gridSpan w:val="2"/>
          </w:tcPr>
          <w:p w14:paraId="2519EFDA" w14:textId="77777777" w:rsidR="00377113" w:rsidRDefault="00306A4E">
            <w:pPr>
              <w:keepNext/>
            </w:pPr>
            <w:r>
              <w:rPr>
                <w:b/>
                <w:color w:val="0D5F78"/>
              </w:rPr>
              <w:t>Sat / sector</w:t>
            </w:r>
          </w:p>
          <w:p w14:paraId="6F1351F6" w14:textId="77777777" w:rsidR="00377113" w:rsidRDefault="00377113">
            <w:pPr>
              <w:keepNext/>
            </w:pPr>
          </w:p>
        </w:tc>
      </w:tr>
      <w:tr w:rsidR="00377113" w14:paraId="2D9B8DB3" w14:textId="77777777">
        <w:trPr>
          <w:cantSplit/>
          <w:trHeight w:val="510"/>
        </w:trPr>
        <w:tc>
          <w:tcPr>
            <w:tcW w:w="1606" w:type="dxa"/>
          </w:tcPr>
          <w:p w14:paraId="4B72CFDF" w14:textId="77777777" w:rsidR="00377113" w:rsidRDefault="00306A4E">
            <w:pPr>
              <w:keepNext/>
            </w:pPr>
            <w:r>
              <w:rPr>
                <w:b/>
                <w:color w:val="0D5F78"/>
              </w:rPr>
              <w:t xml:space="preserve">Cod </w:t>
            </w:r>
            <w:proofErr w:type="spellStart"/>
            <w:r>
              <w:rPr>
                <w:b/>
                <w:color w:val="0D5F78"/>
              </w:rPr>
              <w:t>poștal</w:t>
            </w:r>
            <w:proofErr w:type="spellEnd"/>
          </w:p>
          <w:p w14:paraId="0E9D7B3A" w14:textId="77777777" w:rsidR="00377113" w:rsidRDefault="00377113">
            <w:pPr>
              <w:keepNext/>
            </w:pPr>
          </w:p>
        </w:tc>
        <w:tc>
          <w:tcPr>
            <w:tcW w:w="4818" w:type="dxa"/>
            <w:gridSpan w:val="3"/>
          </w:tcPr>
          <w:p w14:paraId="4A8D120C" w14:textId="77777777" w:rsidR="00377113" w:rsidRDefault="00306A4E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20FA361F" w14:textId="77777777" w:rsidR="00377113" w:rsidRDefault="00377113">
            <w:pPr>
              <w:keepNext/>
            </w:pPr>
          </w:p>
        </w:tc>
        <w:tc>
          <w:tcPr>
            <w:tcW w:w="803" w:type="dxa"/>
          </w:tcPr>
          <w:p w14:paraId="39FAFBFC" w14:textId="77777777" w:rsidR="00377113" w:rsidRDefault="00306A4E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6CA1B947" w14:textId="77777777" w:rsidR="00377113" w:rsidRDefault="00377113">
            <w:pPr>
              <w:keepNext/>
            </w:pPr>
          </w:p>
        </w:tc>
        <w:tc>
          <w:tcPr>
            <w:tcW w:w="2409" w:type="dxa"/>
          </w:tcPr>
          <w:p w14:paraId="134DC49E" w14:textId="77777777" w:rsidR="00377113" w:rsidRDefault="00306A4E">
            <w:pPr>
              <w:keepNext/>
            </w:pPr>
            <w:r>
              <w:rPr>
                <w:b/>
                <w:color w:val="0D5F78"/>
              </w:rPr>
              <w:t>Bl. / sc. / et. / ap.</w:t>
            </w:r>
          </w:p>
          <w:p w14:paraId="297CA390" w14:textId="77777777" w:rsidR="00377113" w:rsidRDefault="00377113">
            <w:pPr>
              <w:keepNext/>
            </w:pPr>
          </w:p>
        </w:tc>
      </w:tr>
      <w:tr w:rsidR="00377113" w14:paraId="7B19E8B5" w14:textId="77777777">
        <w:trPr>
          <w:cantSplit/>
          <w:trHeight w:val="510"/>
        </w:trPr>
        <w:tc>
          <w:tcPr>
            <w:tcW w:w="5621" w:type="dxa"/>
            <w:gridSpan w:val="3"/>
          </w:tcPr>
          <w:p w14:paraId="4397E352" w14:textId="77777777" w:rsidR="00377113" w:rsidRPr="00343BBA" w:rsidRDefault="00306A4E">
            <w:pPr>
              <w:keepNext/>
              <w:rPr>
                <w:lang w:val="fr-FR"/>
              </w:rPr>
            </w:pPr>
            <w:proofErr w:type="spellStart"/>
            <w:r w:rsidRPr="00343BBA">
              <w:rPr>
                <w:b/>
                <w:color w:val="0D5F78"/>
                <w:lang w:val="fr-FR"/>
              </w:rPr>
              <w:t>Număr</w:t>
            </w:r>
            <w:proofErr w:type="spellEnd"/>
            <w:r w:rsidRPr="00343BBA">
              <w:rPr>
                <w:b/>
                <w:color w:val="0D5F78"/>
                <w:lang w:val="fr-FR"/>
              </w:rPr>
              <w:t xml:space="preserve"> cadastral</w:t>
            </w:r>
          </w:p>
          <w:p w14:paraId="34F88BB8" w14:textId="77777777" w:rsidR="00377113" w:rsidRPr="00343BBA" w:rsidRDefault="00306A4E">
            <w:pPr>
              <w:keepNext/>
              <w:rPr>
                <w:lang w:val="fr-FR"/>
              </w:rPr>
            </w:pPr>
            <w:proofErr w:type="spellStart"/>
            <w:proofErr w:type="gramStart"/>
            <w:r w:rsidRPr="00343BBA">
              <w:rPr>
                <w:i/>
                <w:color w:val="7A7A7A"/>
                <w:lang w:val="fr-FR"/>
              </w:rPr>
              <w:t>dacă</w:t>
            </w:r>
            <w:proofErr w:type="spellEnd"/>
            <w:proofErr w:type="gramEnd"/>
            <w:r w:rsidRPr="00343BBA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343BBA">
              <w:rPr>
                <w:i/>
                <w:color w:val="7A7A7A"/>
                <w:lang w:val="fr-FR"/>
              </w:rPr>
              <w:t>imobilul</w:t>
            </w:r>
            <w:proofErr w:type="spellEnd"/>
            <w:r w:rsidRPr="00343BBA">
              <w:rPr>
                <w:i/>
                <w:color w:val="7A7A7A"/>
                <w:lang w:val="fr-FR"/>
              </w:rPr>
              <w:t xml:space="preserve"> e </w:t>
            </w:r>
            <w:proofErr w:type="spellStart"/>
            <w:r w:rsidRPr="00343BBA">
              <w:rPr>
                <w:i/>
                <w:color w:val="7A7A7A"/>
                <w:lang w:val="fr-FR"/>
              </w:rPr>
              <w:t>înscris</w:t>
            </w:r>
            <w:proofErr w:type="spellEnd"/>
            <w:r w:rsidRPr="00343BBA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343BBA">
              <w:rPr>
                <w:i/>
                <w:color w:val="7A7A7A"/>
                <w:lang w:val="fr-FR"/>
              </w:rPr>
              <w:t>în</w:t>
            </w:r>
            <w:proofErr w:type="spellEnd"/>
            <w:r w:rsidRPr="00343BBA">
              <w:rPr>
                <w:i/>
                <w:color w:val="7A7A7A"/>
                <w:lang w:val="fr-FR"/>
              </w:rPr>
              <w:t xml:space="preserve"> e-Terra</w:t>
            </w:r>
          </w:p>
          <w:p w14:paraId="3E14DDE5" w14:textId="77777777" w:rsidR="00377113" w:rsidRPr="00343BBA" w:rsidRDefault="00377113">
            <w:pPr>
              <w:keepNext/>
              <w:rPr>
                <w:lang w:val="fr-FR"/>
              </w:rPr>
            </w:pPr>
          </w:p>
        </w:tc>
        <w:tc>
          <w:tcPr>
            <w:tcW w:w="4015" w:type="dxa"/>
            <w:gridSpan w:val="3"/>
          </w:tcPr>
          <w:p w14:paraId="4191820B" w14:textId="77777777" w:rsidR="00377113" w:rsidRDefault="00306A4E">
            <w:pPr>
              <w:keepNext/>
            </w:pPr>
            <w:r>
              <w:rPr>
                <w:b/>
                <w:color w:val="0D5F78"/>
              </w:rPr>
              <w:t xml:space="preserve">Carte </w:t>
            </w:r>
            <w:proofErr w:type="spellStart"/>
            <w:r>
              <w:rPr>
                <w:b/>
                <w:color w:val="0D5F78"/>
              </w:rPr>
              <w:t>funciară</w:t>
            </w:r>
            <w:proofErr w:type="spellEnd"/>
            <w:r>
              <w:rPr>
                <w:b/>
                <w:color w:val="0D5F78"/>
              </w:rPr>
              <w:t xml:space="preserve"> nr.</w:t>
            </w:r>
          </w:p>
          <w:p w14:paraId="0636B066" w14:textId="77777777" w:rsidR="00377113" w:rsidRDefault="00377113">
            <w:pPr>
              <w:keepNext/>
            </w:pPr>
          </w:p>
        </w:tc>
      </w:tr>
    </w:tbl>
    <w:p w14:paraId="2A5FFFCA" w14:textId="77777777" w:rsidR="00377113" w:rsidRDefault="00377113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377113" w14:paraId="416CCAE3" w14:textId="77777777">
        <w:trPr>
          <w:cantSplit/>
        </w:trPr>
        <w:tc>
          <w:tcPr>
            <w:tcW w:w="9636" w:type="dxa"/>
            <w:shd w:val="clear" w:color="auto" w:fill="F4F4F4"/>
          </w:tcPr>
          <w:p w14:paraId="3FE4A3CD" w14:textId="77777777" w:rsidR="00377113" w:rsidRDefault="00306A4E">
            <w:pPr>
              <w:keepNext/>
            </w:pPr>
            <w:r>
              <w:rPr>
                <w:b/>
                <w:sz w:val="16"/>
              </w:rPr>
              <w:t xml:space="preserve"> 5. </w:t>
            </w:r>
            <w:r>
              <w:rPr>
                <w:b/>
                <w:color w:val="000000"/>
                <w:sz w:val="18"/>
              </w:rPr>
              <w:t>SE ANEXEAZĂ</w:t>
            </w:r>
          </w:p>
        </w:tc>
      </w:tr>
      <w:tr w:rsidR="00377113" w:rsidRPr="00004412" w14:paraId="53555C64" w14:textId="77777777">
        <w:trPr>
          <w:cantSplit/>
        </w:trPr>
        <w:tc>
          <w:tcPr>
            <w:tcW w:w="9636" w:type="dxa"/>
          </w:tcPr>
          <w:p w14:paraId="05B03106" w14:textId="6C5E801A" w:rsidR="00377113" w:rsidRPr="00343BBA" w:rsidRDefault="00306A4E">
            <w:pPr>
              <w:rPr>
                <w:lang w:val="fr-FR"/>
              </w:rPr>
            </w:pPr>
            <w:r w:rsidRPr="00343BBA">
              <w:rPr>
                <w:sz w:val="16"/>
                <w:lang w:val="fr-FR"/>
              </w:rPr>
              <w:t xml:space="preserve"> </w:t>
            </w:r>
            <w:sdt>
              <w:sdtPr>
                <w:rPr>
                  <w:sz w:val="16"/>
                  <w:lang w:val="fr-FR"/>
                </w:rPr>
                <w:id w:val="-1966254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83615">
                  <w:rPr>
                    <w:rFonts w:ascii="MS Gothic" w:eastAsia="MS Gothic" w:hAnsi="MS Gothic" w:hint="eastAsia"/>
                    <w:sz w:val="16"/>
                    <w:lang w:val="fr-FR"/>
                  </w:rPr>
                  <w:t>☐</w:t>
                </w:r>
              </w:sdtContent>
            </w:sdt>
            <w:r w:rsidRPr="00343BBA">
              <w:rPr>
                <w:sz w:val="16"/>
                <w:lang w:val="fr-FR"/>
              </w:rPr>
              <w:t xml:space="preserve"> </w:t>
            </w:r>
            <w:proofErr w:type="spellStart"/>
            <w:proofErr w:type="gramStart"/>
            <w:r w:rsidRPr="00343BBA">
              <w:rPr>
                <w:sz w:val="16"/>
                <w:lang w:val="fr-FR"/>
              </w:rPr>
              <w:t>certificatul</w:t>
            </w:r>
            <w:proofErr w:type="spellEnd"/>
            <w:proofErr w:type="gramEnd"/>
            <w:r w:rsidRPr="00343BBA">
              <w:rPr>
                <w:sz w:val="16"/>
                <w:lang w:val="fr-FR"/>
              </w:rPr>
              <w:t xml:space="preserve"> de </w:t>
            </w:r>
            <w:proofErr w:type="spellStart"/>
            <w:r w:rsidRPr="00343BBA">
              <w:rPr>
                <w:sz w:val="16"/>
                <w:lang w:val="fr-FR"/>
              </w:rPr>
              <w:t>urbanism</w:t>
            </w:r>
            <w:proofErr w:type="spellEnd"/>
            <w:r w:rsidRPr="00343BBA">
              <w:rPr>
                <w:sz w:val="16"/>
                <w:lang w:val="fr-FR"/>
              </w:rPr>
              <w:t xml:space="preserve"> (</w:t>
            </w:r>
            <w:proofErr w:type="spellStart"/>
            <w:r w:rsidRPr="00343BBA">
              <w:rPr>
                <w:sz w:val="16"/>
                <w:lang w:val="fr-FR"/>
              </w:rPr>
              <w:t>în</w:t>
            </w:r>
            <w:proofErr w:type="spellEnd"/>
            <w:r w:rsidRPr="00343BBA">
              <w:rPr>
                <w:sz w:val="16"/>
                <w:lang w:val="fr-FR"/>
              </w:rPr>
              <w:t xml:space="preserve"> original)     </w:t>
            </w:r>
            <w:sdt>
              <w:sdtPr>
                <w:rPr>
                  <w:sz w:val="16"/>
                  <w:lang w:val="fr-FR"/>
                </w:rPr>
                <w:id w:val="-5562369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83615">
                  <w:rPr>
                    <w:rFonts w:ascii="MS Gothic" w:eastAsia="MS Gothic" w:hAnsi="MS Gothic" w:hint="eastAsia"/>
                    <w:sz w:val="16"/>
                    <w:lang w:val="fr-FR"/>
                  </w:rPr>
                  <w:t>☐</w:t>
                </w:r>
              </w:sdtContent>
            </w:sdt>
            <w:r w:rsidRPr="00343BBA">
              <w:rPr>
                <w:sz w:val="16"/>
                <w:lang w:val="fr-FR"/>
              </w:rPr>
              <w:t xml:space="preserve"> </w:t>
            </w:r>
            <w:proofErr w:type="spellStart"/>
            <w:r w:rsidRPr="00343BBA">
              <w:rPr>
                <w:sz w:val="16"/>
                <w:lang w:val="fr-FR"/>
              </w:rPr>
              <w:t>documentul</w:t>
            </w:r>
            <w:proofErr w:type="spellEnd"/>
            <w:r w:rsidRPr="00343BBA">
              <w:rPr>
                <w:sz w:val="16"/>
                <w:lang w:val="fr-FR"/>
              </w:rPr>
              <w:t xml:space="preserve"> </w:t>
            </w:r>
            <w:proofErr w:type="spellStart"/>
            <w:r w:rsidRPr="00343BBA">
              <w:rPr>
                <w:sz w:val="16"/>
                <w:lang w:val="fr-FR"/>
              </w:rPr>
              <w:t>privind</w:t>
            </w:r>
            <w:proofErr w:type="spellEnd"/>
            <w:r w:rsidRPr="00343BBA">
              <w:rPr>
                <w:sz w:val="16"/>
                <w:lang w:val="fr-FR"/>
              </w:rPr>
              <w:t xml:space="preserve"> </w:t>
            </w:r>
            <w:proofErr w:type="spellStart"/>
            <w:r w:rsidRPr="00343BBA">
              <w:rPr>
                <w:sz w:val="16"/>
                <w:lang w:val="fr-FR"/>
              </w:rPr>
              <w:t>achitarea</w:t>
            </w:r>
            <w:proofErr w:type="spellEnd"/>
            <w:r w:rsidRPr="00343BBA">
              <w:rPr>
                <w:sz w:val="16"/>
                <w:lang w:val="fr-FR"/>
              </w:rPr>
              <w:t xml:space="preserve"> </w:t>
            </w:r>
            <w:proofErr w:type="spellStart"/>
            <w:r w:rsidRPr="00343BBA">
              <w:rPr>
                <w:sz w:val="16"/>
                <w:lang w:val="fr-FR"/>
              </w:rPr>
              <w:t>taxei</w:t>
            </w:r>
            <w:proofErr w:type="spellEnd"/>
            <w:r w:rsidRPr="00343BBA">
              <w:rPr>
                <w:sz w:val="16"/>
                <w:lang w:val="fr-FR"/>
              </w:rPr>
              <w:t xml:space="preserve"> (copie)</w:t>
            </w:r>
          </w:p>
        </w:tc>
      </w:tr>
    </w:tbl>
    <w:p w14:paraId="0CC63E6D" w14:textId="77777777" w:rsidR="00377113" w:rsidRPr="00343BBA" w:rsidRDefault="00377113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4818"/>
        <w:gridCol w:w="3212"/>
      </w:tblGrid>
      <w:tr w:rsidR="00377113" w14:paraId="67AC911A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2C5583C3" w14:textId="77777777" w:rsidR="00377113" w:rsidRDefault="00306A4E">
            <w:pPr>
              <w:keepNext/>
            </w:pPr>
            <w:r w:rsidRPr="00343BBA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6. </w:t>
            </w:r>
            <w:r>
              <w:rPr>
                <w:b/>
                <w:color w:val="000000"/>
                <w:sz w:val="18"/>
              </w:rPr>
              <w:t>DATA ȘI SEMNĂTURA</w:t>
            </w:r>
          </w:p>
        </w:tc>
      </w:tr>
      <w:tr w:rsidR="00377113" w14:paraId="2C613BE7" w14:textId="77777777">
        <w:trPr>
          <w:cantSplit/>
          <w:trHeight w:val="510"/>
        </w:trPr>
        <w:tc>
          <w:tcPr>
            <w:tcW w:w="1606" w:type="dxa"/>
          </w:tcPr>
          <w:p w14:paraId="6247744D" w14:textId="77777777" w:rsidR="00377113" w:rsidRDefault="00306A4E">
            <w:r>
              <w:rPr>
                <w:b/>
                <w:color w:val="0D5F78"/>
              </w:rPr>
              <w:t>Data</w:t>
            </w:r>
          </w:p>
          <w:p w14:paraId="6A45905A" w14:textId="77777777" w:rsidR="00377113" w:rsidRDefault="00377113"/>
        </w:tc>
        <w:tc>
          <w:tcPr>
            <w:tcW w:w="4818" w:type="dxa"/>
          </w:tcPr>
          <w:p w14:paraId="09BFB97F" w14:textId="77777777" w:rsidR="00377113" w:rsidRDefault="00306A4E">
            <w:proofErr w:type="spellStart"/>
            <w:r>
              <w:rPr>
                <w:b/>
                <w:color w:val="0D5F78"/>
              </w:rPr>
              <w:t>Solicitantul</w:t>
            </w:r>
            <w:proofErr w:type="spellEnd"/>
          </w:p>
          <w:p w14:paraId="1B3BE6B9" w14:textId="77777777" w:rsidR="00377113" w:rsidRDefault="00377113"/>
        </w:tc>
        <w:tc>
          <w:tcPr>
            <w:tcW w:w="3212" w:type="dxa"/>
          </w:tcPr>
          <w:p w14:paraId="640F19C7" w14:textId="77777777" w:rsidR="00377113" w:rsidRDefault="00306A4E">
            <w:proofErr w:type="spellStart"/>
            <w:r>
              <w:rPr>
                <w:b/>
                <w:color w:val="0D5F78"/>
              </w:rPr>
              <w:t>Semnătura</w:t>
            </w:r>
            <w:proofErr w:type="spellEnd"/>
          </w:p>
          <w:p w14:paraId="325CC794" w14:textId="77777777" w:rsidR="00377113" w:rsidRDefault="00377113"/>
        </w:tc>
      </w:tr>
    </w:tbl>
    <w:p w14:paraId="2943DD2B" w14:textId="77777777" w:rsidR="00377113" w:rsidRDefault="00377113">
      <w:pPr>
        <w:spacing w:line="168" w:lineRule="auto"/>
      </w:pPr>
    </w:p>
    <w:sectPr w:rsidR="00377113" w:rsidSect="00034616">
      <w:footerReference w:type="default" r:id="rId9"/>
      <w:pgSz w:w="11906" w:h="16838"/>
      <w:pgMar w:top="567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19D367A" w14:textId="77777777" w:rsidR="00D208FD" w:rsidRDefault="00D208FD">
      <w:r>
        <w:separator/>
      </w:r>
    </w:p>
  </w:endnote>
  <w:endnote w:type="continuationSeparator" w:id="0">
    <w:p w14:paraId="2A250CDF" w14:textId="77777777" w:rsidR="00D208FD" w:rsidRDefault="00D208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50A959F" w14:textId="77777777" w:rsidR="00377113" w:rsidRDefault="00306A4E">
    <w:pPr>
      <w:pStyle w:val="Footer"/>
      <w:tabs>
        <w:tab w:val="right" w:pos="9639"/>
      </w:tabs>
    </w:pPr>
    <w:r>
      <w:rPr>
        <w:color w:val="595959"/>
      </w:rPr>
      <w:t xml:space="preserve">F_CU_03 · </w:t>
    </w:r>
    <w:proofErr w:type="spellStart"/>
    <w:r>
      <w:rPr>
        <w:color w:val="595959"/>
      </w:rPr>
      <w:t>versiunea</w:t>
    </w:r>
    <w:proofErr w:type="spellEnd"/>
    <w:r>
      <w:rPr>
        <w:color w:val="595959"/>
      </w:rPr>
      <w:t xml:space="preserve"> 1.0</w:t>
    </w:r>
    <w:r>
      <w:rPr>
        <w:color w:val="595959"/>
      </w:rPr>
      <w:tab/>
    </w:r>
    <w:proofErr w:type="spellStart"/>
    <w:r>
      <w:rPr>
        <w:color w:val="595959"/>
      </w:rPr>
      <w:t>pagina</w:t>
    </w:r>
    <w:proofErr w:type="spellEnd"/>
    <w:r>
      <w:rPr>
        <w:color w:val="595959"/>
      </w:rPr>
      <w:t xml:space="preserve">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>
      <w:rPr>
        <w:color w:val="595959"/>
      </w:rPr>
      <w:fldChar w:fldCharType="separate"/>
    </w:r>
    <w:r w:rsidR="00343BBA">
      <w:rPr>
        <w:noProof/>
        <w:color w:val="595959"/>
      </w:rPr>
      <w:t>1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>
      <w:rPr>
        <w:color w:val="595959"/>
      </w:rPr>
      <w:fldChar w:fldCharType="separate"/>
    </w:r>
    <w:r w:rsidR="00343BBA">
      <w:rPr>
        <w:noProof/>
        <w:color w:val="595959"/>
      </w:rPr>
      <w:t>1</w:t>
    </w:r>
    <w:r>
      <w:rPr>
        <w:color w:val="595959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A1E39FA" w14:textId="77777777" w:rsidR="00D208FD" w:rsidRDefault="00D208FD">
      <w:r>
        <w:separator/>
      </w:r>
    </w:p>
  </w:footnote>
  <w:footnote w:type="continuationSeparator" w:id="0">
    <w:p w14:paraId="38294F1A" w14:textId="77777777" w:rsidR="00D208FD" w:rsidRDefault="00D208F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4412"/>
    <w:rsid w:val="00034616"/>
    <w:rsid w:val="0006063C"/>
    <w:rsid w:val="0015074B"/>
    <w:rsid w:val="00200236"/>
    <w:rsid w:val="00283615"/>
    <w:rsid w:val="0029639D"/>
    <w:rsid w:val="00306A4E"/>
    <w:rsid w:val="00326F90"/>
    <w:rsid w:val="00343BBA"/>
    <w:rsid w:val="00377113"/>
    <w:rsid w:val="00473A9F"/>
    <w:rsid w:val="006C103E"/>
    <w:rsid w:val="00AA1D8D"/>
    <w:rsid w:val="00B47730"/>
    <w:rsid w:val="00CB0664"/>
    <w:rsid w:val="00CD60E9"/>
    <w:rsid w:val="00D208FD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AD59A43"/>
  <w14:defaultImageDpi w14:val="300"/>
  <w15:docId w15:val="{5F3DEF22-94E4-44E9-A21D-CE78EE5645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4CF0897-AB34-4915-A929-8A4BD8266A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226</Words>
  <Characters>1290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1513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Alexandru Maria</dc:creator>
  <cp:keywords/>
  <cp:lastModifiedBy>Alexandru Maria</cp:lastModifiedBy>
  <cp:revision>3</cp:revision>
  <dcterms:created xsi:type="dcterms:W3CDTF">2026-09-11T05:38:00Z</dcterms:created>
  <dcterms:modified xsi:type="dcterms:W3CDTF">2026-09-11T05:39:00Z</dcterms:modified>
  <cp:category/>
</cp:coreProperties>
</file>