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B0BD3" w14:paraId="147CDCEA" w14:textId="77777777" w:rsidTr="003D28F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7BD750A" w14:textId="77777777" w:rsidR="007B0BD3" w:rsidRDefault="007B0BD3" w:rsidP="003D28F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4F24B01B" wp14:editId="4D84EE86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7A3FDBD1" w14:textId="77777777" w:rsidR="007B0BD3" w:rsidRDefault="007B0BD3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EE0E34C" w14:textId="77777777" w:rsidR="007B0BD3" w:rsidRDefault="007B0BD3" w:rsidP="003D28F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7B0BD3" w14:paraId="1530811F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1533ABB1" w14:textId="77777777" w:rsidR="007B0BD3" w:rsidRDefault="007B0BD3" w:rsidP="003D28FF"/>
        </w:tc>
        <w:tc>
          <w:tcPr>
            <w:tcW w:w="8030" w:type="dxa"/>
            <w:gridSpan w:val="3"/>
          </w:tcPr>
          <w:p w14:paraId="7A4E5EFE" w14:textId="77777777" w:rsidR="007B0BD3" w:rsidRDefault="007B0BD3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B9F313B" w14:textId="77777777" w:rsidR="007B0BD3" w:rsidRDefault="007B0BD3" w:rsidP="003D28F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7B0BD3" w14:paraId="0AD46621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00D65031" w14:textId="77777777" w:rsidR="007B0BD3" w:rsidRDefault="007B0BD3" w:rsidP="003D28FF"/>
        </w:tc>
        <w:tc>
          <w:tcPr>
            <w:tcW w:w="2409" w:type="dxa"/>
          </w:tcPr>
          <w:p w14:paraId="38CF17AE" w14:textId="77777777" w:rsidR="007B0BD3" w:rsidRPr="00D20322" w:rsidRDefault="007B0BD3" w:rsidP="003D28F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7BCC4AAC" w14:textId="77777777" w:rsidR="007B0BD3" w:rsidRPr="00D20322" w:rsidRDefault="007B0BD3" w:rsidP="003D28F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67599354" w14:textId="77777777" w:rsidR="007B0BD3" w:rsidRDefault="007B0BD3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275FE9D" w14:textId="77777777" w:rsidR="007B0BD3" w:rsidRPr="00B86B80" w:rsidRDefault="007B0BD3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33B5CBF7" w14:textId="77777777" w:rsidR="007B0BD3" w:rsidRPr="00B86B80" w:rsidRDefault="007B0BD3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Fax: 021.318.03</w:t>
            </w:r>
            <w:bookmarkStart w:id="0" w:name="_GoBack"/>
            <w:bookmarkEnd w:id="0"/>
            <w:r w:rsidRPr="00B86B80">
              <w:rPr>
                <w:b/>
                <w:lang w:val="ro-RO"/>
              </w:rPr>
              <w:t>.04</w:t>
            </w:r>
          </w:p>
          <w:p w14:paraId="605E912E" w14:textId="77777777" w:rsidR="007B0BD3" w:rsidRDefault="007B0BD3" w:rsidP="003D28F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26F4725F" w14:textId="77777777" w:rsidR="007B0BD3" w:rsidRDefault="007B0BD3" w:rsidP="003D28FF">
            <w:pPr>
              <w:keepNext/>
            </w:pPr>
          </w:p>
        </w:tc>
      </w:tr>
      <w:tr w:rsidR="007B0BD3" w14:paraId="5FCCCEC1" w14:textId="77777777" w:rsidTr="007B0BD3">
        <w:trPr>
          <w:cantSplit/>
          <w:trHeight w:val="350"/>
        </w:trPr>
        <w:tc>
          <w:tcPr>
            <w:tcW w:w="1606" w:type="dxa"/>
            <w:vMerge/>
          </w:tcPr>
          <w:p w14:paraId="115EBBA2" w14:textId="77777777" w:rsidR="007B0BD3" w:rsidRDefault="007B0BD3" w:rsidP="003D28FF"/>
        </w:tc>
        <w:tc>
          <w:tcPr>
            <w:tcW w:w="4818" w:type="dxa"/>
            <w:gridSpan w:val="2"/>
          </w:tcPr>
          <w:p w14:paraId="7A50FFCD" w14:textId="77777777" w:rsidR="007B0BD3" w:rsidRDefault="007B0BD3" w:rsidP="003D28F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10726665" w14:textId="77777777" w:rsidR="007B0BD3" w:rsidRDefault="007B0BD3" w:rsidP="003D28FF"/>
        </w:tc>
        <w:tc>
          <w:tcPr>
            <w:tcW w:w="3212" w:type="dxa"/>
          </w:tcPr>
          <w:p w14:paraId="0FCEDB2E" w14:textId="77777777" w:rsidR="007B0BD3" w:rsidRDefault="007B0BD3" w:rsidP="003D28FF">
            <w:r>
              <w:rPr>
                <w:b/>
                <w:color w:val="0D5F78"/>
              </w:rPr>
              <w:t>Data</w:t>
            </w:r>
          </w:p>
          <w:p w14:paraId="0DBB26D1" w14:textId="77777777" w:rsidR="007B0BD3" w:rsidRDefault="007B0BD3" w:rsidP="003D28FF"/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EE1418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EE141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EE141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EE1418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EE1418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EE1418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EE141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EE141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EE141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0913B211" w:rsidR="00846492" w:rsidRPr="00AD1D4A" w:rsidRDefault="00EE1418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3295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titular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185725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15D05125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123173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BD3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142429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BD3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17513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BD3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sdt>
              <w:sdtPr>
                <w:rPr>
                  <w:sz w:val="16"/>
                </w:rPr>
                <w:id w:val="-111598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BD3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23A2C580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167555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BD3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 xml:space="preserve">: DA     </w:t>
            </w:r>
            <w:sdt>
              <w:sdtPr>
                <w:rPr>
                  <w:sz w:val="16"/>
                  <w:lang w:val="fr-FR"/>
                </w:rPr>
                <w:id w:val="-127022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AD1D4A">
              <w:rPr>
                <w:sz w:val="16"/>
                <w:lang w:val="fr-FR"/>
              </w:rPr>
              <w:t xml:space="preserve"> NU     </w:t>
            </w:r>
            <w:sdt>
              <w:sdtPr>
                <w:rPr>
                  <w:sz w:val="16"/>
                  <w:lang w:val="fr-FR"/>
                </w:rPr>
                <w:id w:val="669447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BD3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4101666B" w:rsidR="00AD1D4A" w:rsidRPr="00AD1D4A" w:rsidRDefault="007B0BD3" w:rsidP="00F80068">
            <w:pPr>
              <w:rPr>
                <w:lang w:val="fr-FR"/>
              </w:rPr>
            </w:pPr>
            <w:sdt>
              <w:sdtPr>
                <w:rPr>
                  <w:rFonts w:ascii="Segoe UI Symbol" w:hAnsi="Segoe UI Symbol" w:cs="Segoe UI Symbol"/>
                  <w:sz w:val="16"/>
                  <w:lang w:val="fr-FR"/>
                </w:rPr>
                <w:id w:val="88168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16"/>
                    <w:lang w:val="fr-FR"/>
                  </w:rPr>
                  <w:t>☐</w:t>
                </w:r>
              </w:sdtContent>
            </w:sdt>
            <w:r w:rsidR="00AD1D4A"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AD1D4A" w:rsidRPr="00AD1D4A">
              <w:rPr>
                <w:sz w:val="16"/>
                <w:lang w:val="fr-FR"/>
              </w:rPr>
              <w:t>în</w:t>
            </w:r>
            <w:proofErr w:type="spellEnd"/>
            <w:proofErr w:type="gramEnd"/>
            <w:r w:rsidR="00AD1D4A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AD1D4A" w:rsidRPr="00AD1D4A">
              <w:rPr>
                <w:sz w:val="16"/>
                <w:lang w:val="fr-FR"/>
              </w:rPr>
              <w:t>afara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AD1D4A" w:rsidRPr="00AD1D4A">
              <w:rPr>
                <w:sz w:val="16"/>
                <w:lang w:val="fr-FR"/>
              </w:rPr>
              <w:t>zonelor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="00AD1D4A" w:rsidRPr="00AD1D4A">
              <w:rPr>
                <w:sz w:val="16"/>
                <w:lang w:val="fr-FR"/>
              </w:rPr>
              <w:t>protejate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AD1D4A" w:rsidRPr="00AD1D4A">
              <w:rPr>
                <w:sz w:val="16"/>
                <w:lang w:val="fr-FR"/>
              </w:rPr>
              <w:t>și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="00AD1D4A" w:rsidRPr="00AD1D4A">
              <w:rPr>
                <w:sz w:val="16"/>
                <w:lang w:val="fr-FR"/>
              </w:rPr>
              <w:t>zonelor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AD1D4A" w:rsidRPr="00AD1D4A">
              <w:rPr>
                <w:sz w:val="16"/>
                <w:lang w:val="fr-FR"/>
              </w:rPr>
              <w:t>protecție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="00AD1D4A"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103F9A48" w:rsidR="00AD1D4A" w:rsidRPr="00AD1D4A" w:rsidRDefault="007B0BD3" w:rsidP="00F80068">
            <w:pPr>
              <w:rPr>
                <w:lang w:val="fr-FR"/>
              </w:rPr>
            </w:pPr>
            <w:sdt>
              <w:sdtPr>
                <w:rPr>
                  <w:rFonts w:ascii="Segoe UI Symbol" w:hAnsi="Segoe UI Symbol" w:cs="Segoe UI Symbol"/>
                  <w:sz w:val="16"/>
                  <w:lang w:val="fr-FR"/>
                </w:rPr>
                <w:id w:val="164785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16"/>
                    <w:lang w:val="fr-FR"/>
                  </w:rPr>
                  <w:t>☐</w:t>
                </w:r>
              </w:sdtContent>
            </w:sdt>
            <w:r w:rsidR="00AD1D4A"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AD1D4A" w:rsidRPr="00AD1D4A">
              <w:rPr>
                <w:sz w:val="16"/>
                <w:lang w:val="fr-FR"/>
              </w:rPr>
              <w:t>zonă</w:t>
            </w:r>
            <w:proofErr w:type="spellEnd"/>
            <w:proofErr w:type="gramEnd"/>
            <w:r w:rsidR="00AD1D4A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AD1D4A" w:rsidRPr="00AD1D4A">
              <w:rPr>
                <w:sz w:val="16"/>
                <w:lang w:val="fr-FR"/>
              </w:rPr>
              <w:t>construită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AD1D4A" w:rsidRPr="00AD1D4A">
              <w:rPr>
                <w:sz w:val="16"/>
                <w:lang w:val="fr-FR"/>
              </w:rPr>
              <w:t>protejată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AD1D4A" w:rsidRPr="00AD1D4A">
              <w:rPr>
                <w:sz w:val="16"/>
                <w:lang w:val="fr-FR"/>
              </w:rPr>
              <w:t>zonă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AD1D4A" w:rsidRPr="00AD1D4A">
              <w:rPr>
                <w:sz w:val="16"/>
                <w:lang w:val="fr-FR"/>
              </w:rPr>
              <w:t>protecție</w:t>
            </w:r>
            <w:proofErr w:type="spellEnd"/>
            <w:r w:rsidR="00AD1D4A"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="00AD1D4A"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3FFAE7A8" w:rsidR="00AD1D4A" w:rsidRDefault="007B0BD3" w:rsidP="00F80068">
            <w:sdt>
              <w:sdtPr>
                <w:rPr>
                  <w:rFonts w:ascii="Segoe UI Symbol" w:hAnsi="Segoe UI Symbol" w:cs="Segoe UI Symbol"/>
                  <w:sz w:val="16"/>
                </w:rPr>
                <w:id w:val="-43127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16"/>
                  </w:rPr>
                  <w:t>☐</w:t>
                </w:r>
              </w:sdtContent>
            </w:sdt>
            <w:r w:rsidR="00AD1D4A">
              <w:rPr>
                <w:sz w:val="16"/>
              </w:rPr>
              <w:t xml:space="preserve"> monument </w:t>
            </w:r>
            <w:proofErr w:type="spellStart"/>
            <w:r w:rsidR="00AD1D4A">
              <w:rPr>
                <w:sz w:val="16"/>
              </w:rPr>
              <w:t>istoric</w:t>
            </w:r>
            <w:proofErr w:type="spellEnd"/>
            <w:r w:rsidR="00AD1D4A">
              <w:rPr>
                <w:sz w:val="16"/>
              </w:rPr>
              <w:t xml:space="preserve"> / </w:t>
            </w:r>
            <w:proofErr w:type="spellStart"/>
            <w:r w:rsidR="00AD1D4A">
              <w:rPr>
                <w:sz w:val="16"/>
              </w:rPr>
              <w:t>în</w:t>
            </w:r>
            <w:proofErr w:type="spellEnd"/>
            <w:r w:rsidR="00AD1D4A">
              <w:rPr>
                <w:sz w:val="16"/>
              </w:rPr>
              <w:t xml:space="preserve"> curs de </w:t>
            </w:r>
            <w:proofErr w:type="spellStart"/>
            <w:r w:rsidR="00AD1D4A">
              <w:rPr>
                <w:sz w:val="16"/>
              </w:rPr>
              <w:t>clasare</w:t>
            </w:r>
            <w:proofErr w:type="spellEnd"/>
            <w:r w:rsidR="00AD1D4A">
              <w:rPr>
                <w:sz w:val="16"/>
              </w:rPr>
              <w:t xml:space="preserve"> / </w:t>
            </w:r>
            <w:proofErr w:type="spellStart"/>
            <w:r w:rsidR="00AD1D4A">
              <w:rPr>
                <w:sz w:val="16"/>
              </w:rPr>
              <w:t>valoare</w:t>
            </w:r>
            <w:proofErr w:type="spellEnd"/>
            <w:r w:rsidR="00AD1D4A">
              <w:rPr>
                <w:sz w:val="16"/>
              </w:rPr>
              <w:t xml:space="preserve"> </w:t>
            </w:r>
            <w:proofErr w:type="spellStart"/>
            <w:r w:rsidR="00AD1D4A">
              <w:rPr>
                <w:sz w:val="16"/>
              </w:rPr>
              <w:t>arhitecturală</w:t>
            </w:r>
            <w:proofErr w:type="spellEnd"/>
            <w:r w:rsidR="00AD1D4A">
              <w:rPr>
                <w:sz w:val="16"/>
              </w:rPr>
              <w:t xml:space="preserve"> </w:t>
            </w:r>
            <w:proofErr w:type="spellStart"/>
            <w:r w:rsidR="00AD1D4A">
              <w:rPr>
                <w:sz w:val="16"/>
              </w:rPr>
              <w:t>ori</w:t>
            </w:r>
            <w:proofErr w:type="spellEnd"/>
            <w:r w:rsidR="00AD1D4A">
              <w:rPr>
                <w:sz w:val="16"/>
              </w:rPr>
              <w:t xml:space="preserve"> </w:t>
            </w:r>
            <w:proofErr w:type="spellStart"/>
            <w:r w:rsidR="00AD1D4A">
              <w:rPr>
                <w:sz w:val="16"/>
              </w:rPr>
              <w:t>istorică</w:t>
            </w:r>
            <w:proofErr w:type="spellEnd"/>
          </w:p>
          <w:p w14:paraId="0724CD46" w14:textId="05EEE513" w:rsidR="00AD1D4A" w:rsidRDefault="007B0BD3" w:rsidP="00F80068">
            <w:sdt>
              <w:sdtPr>
                <w:rPr>
                  <w:rFonts w:ascii="Segoe UI Symbol" w:hAnsi="Segoe UI Symbol" w:cs="Segoe UI Symbol"/>
                  <w:sz w:val="16"/>
                </w:rPr>
                <w:id w:val="91165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16"/>
                  </w:rPr>
                  <w:t>☐</w:t>
                </w:r>
              </w:sdtContent>
            </w:sdt>
            <w:r w:rsidR="00AD1D4A">
              <w:rPr>
                <w:sz w:val="16"/>
              </w:rPr>
              <w:t xml:space="preserve"> alt </w:t>
            </w:r>
            <w:proofErr w:type="spellStart"/>
            <w:r w:rsidR="00AD1D4A">
              <w:rPr>
                <w:sz w:val="16"/>
              </w:rPr>
              <w:t>regim</w:t>
            </w:r>
            <w:proofErr w:type="spellEnd"/>
            <w:r w:rsidR="00AD1D4A"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EE1418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EE141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EE1418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EB20B1" w:rsidR="00846492" w:rsidRPr="00AD1D4A" w:rsidRDefault="007B0BD3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73255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A.1 </w:t>
            </w:r>
            <w:proofErr w:type="spellStart"/>
            <w:r w:rsidR="00EE1418" w:rsidRPr="00AD1D4A">
              <w:rPr>
                <w:sz w:val="16"/>
                <w:lang w:val="fr-FR"/>
              </w:rPr>
              <w:t>construcții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noi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exterioare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locuinței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="00EE1418" w:rsidRPr="00AD1D4A">
              <w:rPr>
                <w:sz w:val="16"/>
                <w:lang w:val="fr-FR"/>
              </w:rPr>
              <w:t>garaje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="00EE1418" w:rsidRPr="00AD1D4A">
              <w:rPr>
                <w:sz w:val="16"/>
                <w:lang w:val="fr-FR"/>
              </w:rPr>
              <w:t>terase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="00EE1418" w:rsidRPr="00AD1D4A">
              <w:rPr>
                <w:sz w:val="16"/>
                <w:lang w:val="fr-FR"/>
              </w:rPr>
              <w:t>pergole</w:t>
            </w:r>
            <w:proofErr w:type="spellEnd"/>
            <w:r w:rsidR="00EE1418" w:rsidRPr="00AD1D4A">
              <w:rPr>
                <w:sz w:val="16"/>
                <w:lang w:val="fr-FR"/>
              </w:rPr>
              <w:t>, piscine…)</w:t>
            </w:r>
          </w:p>
          <w:p w14:paraId="1A850A01" w14:textId="595A517E" w:rsidR="00846492" w:rsidRPr="00AD1D4A" w:rsidRDefault="007B0BD3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13093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A.2 o </w:t>
            </w:r>
            <w:proofErr w:type="spellStart"/>
            <w:r w:rsidR="00EE1418" w:rsidRPr="00AD1D4A">
              <w:rPr>
                <w:sz w:val="16"/>
                <w:lang w:val="fr-FR"/>
              </w:rPr>
              <w:t>singură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locuință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unifamilială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="00EE1418" w:rsidRPr="00AD1D4A">
              <w:rPr>
                <w:sz w:val="16"/>
                <w:lang w:val="fr-FR"/>
              </w:rPr>
              <w:t>sau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="00EE1418"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sdt>
              <w:sdtPr>
                <w:rPr>
                  <w:sz w:val="16"/>
                  <w:lang w:val="fr-FR"/>
                </w:rPr>
                <w:id w:val="80212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pe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bază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="00EE1418"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24357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EE1418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 xml:space="preserve">(2) lit. b)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9"/>
          <w:headerReference w:type="first" r:id="rId10"/>
          <w:footerReference w:type="first" r:id="rId11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1EE075CF" w:rsidR="00846492" w:rsidRDefault="007B0BD3">
            <w:pPr>
              <w:keepNext/>
            </w:pPr>
            <w:sdt>
              <w:sdtPr>
                <w:rPr>
                  <w:sz w:val="16"/>
                </w:rPr>
                <w:id w:val="-108083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EE1418">
              <w:rPr>
                <w:sz w:val="16"/>
              </w:rPr>
              <w:t xml:space="preserve"> B.1 </w:t>
            </w:r>
            <w:proofErr w:type="spellStart"/>
            <w:r w:rsidR="00EE1418">
              <w:rPr>
                <w:sz w:val="16"/>
              </w:rPr>
              <w:t>împrejmuiri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noi</w:t>
            </w:r>
            <w:proofErr w:type="spellEnd"/>
          </w:p>
          <w:p w14:paraId="0EF99278" w14:textId="25018C0B" w:rsidR="00846492" w:rsidRDefault="007B0BD3">
            <w:pPr>
              <w:keepNext/>
            </w:pPr>
            <w:sdt>
              <w:sdtPr>
                <w:rPr>
                  <w:sz w:val="16"/>
                </w:rPr>
                <w:id w:val="284324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EE1418">
              <w:rPr>
                <w:sz w:val="16"/>
              </w:rPr>
              <w:t xml:space="preserve"> B.2 </w:t>
            </w:r>
            <w:proofErr w:type="spellStart"/>
            <w:r w:rsidR="00EE1418">
              <w:rPr>
                <w:sz w:val="16"/>
              </w:rPr>
              <w:t>înlocuire</w:t>
            </w:r>
            <w:proofErr w:type="spellEnd"/>
            <w:r w:rsidR="00EE1418">
              <w:rPr>
                <w:sz w:val="16"/>
              </w:rPr>
              <w:t xml:space="preserve"> / </w:t>
            </w:r>
            <w:proofErr w:type="spellStart"/>
            <w:r w:rsidR="00EE1418">
              <w:rPr>
                <w:sz w:val="16"/>
              </w:rPr>
              <w:t>reconfigurare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acoperiș</w:t>
            </w:r>
            <w:proofErr w:type="spellEnd"/>
          </w:p>
          <w:p w14:paraId="1774BDF1" w14:textId="23D28EC5" w:rsidR="00846492" w:rsidRDefault="007B0BD3">
            <w:pPr>
              <w:keepNext/>
            </w:pPr>
            <w:sdt>
              <w:sdtPr>
                <w:rPr>
                  <w:sz w:val="16"/>
                </w:rPr>
                <w:id w:val="186408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EE1418">
              <w:rPr>
                <w:sz w:val="16"/>
              </w:rPr>
              <w:t xml:space="preserve"> B.3 </w:t>
            </w:r>
            <w:proofErr w:type="spellStart"/>
            <w:r w:rsidR="00EE1418">
              <w:rPr>
                <w:sz w:val="16"/>
              </w:rPr>
              <w:t>amenajare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mansardă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în</w:t>
            </w:r>
            <w:proofErr w:type="spellEnd"/>
            <w:r w:rsidR="00EE1418">
              <w:rPr>
                <w:sz w:val="16"/>
              </w:rPr>
              <w:t xml:space="preserve"> pod existent</w:t>
            </w:r>
          </w:p>
          <w:p w14:paraId="74A790CD" w14:textId="6D645566" w:rsidR="00846492" w:rsidRPr="00AD1D4A" w:rsidRDefault="007B0BD3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864901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B.4 </w:t>
            </w:r>
            <w:proofErr w:type="spellStart"/>
            <w:r w:rsidR="00EE1418" w:rsidRPr="00AD1D4A">
              <w:rPr>
                <w:sz w:val="16"/>
                <w:lang w:val="fr-FR"/>
              </w:rPr>
              <w:t>renovare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EE1418" w:rsidRPr="00AD1D4A">
              <w:rPr>
                <w:sz w:val="16"/>
                <w:lang w:val="fr-FR"/>
              </w:rPr>
              <w:t>extindere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bucătărie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sau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gramStart"/>
            <w:r w:rsidR="00EE1418" w:rsidRPr="00AD1D4A">
              <w:rPr>
                <w:sz w:val="16"/>
                <w:lang w:val="fr-FR"/>
              </w:rPr>
              <w:t>baie;</w:t>
            </w:r>
            <w:proofErr w:type="gram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închidere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unitară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6CC79271" w:rsidR="00846492" w:rsidRPr="00AD1D4A" w:rsidRDefault="007B0BD3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79882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B.5 </w:t>
            </w:r>
            <w:proofErr w:type="spellStart"/>
            <w:r w:rsidR="00EE1418" w:rsidRPr="00AD1D4A">
              <w:rPr>
                <w:sz w:val="16"/>
                <w:lang w:val="fr-FR"/>
              </w:rPr>
              <w:t>compartimentări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365EE9DF" w:rsidR="00846492" w:rsidRDefault="007B0BD3">
            <w:pPr>
              <w:keepNext/>
            </w:pPr>
            <w:sdt>
              <w:sdtPr>
                <w:rPr>
                  <w:sz w:val="16"/>
                </w:rPr>
                <w:id w:val="-184191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EE1418">
              <w:rPr>
                <w:sz w:val="16"/>
              </w:rPr>
              <w:t xml:space="preserve"> B.6 </w:t>
            </w:r>
            <w:proofErr w:type="spellStart"/>
            <w:r w:rsidR="00EE1418">
              <w:rPr>
                <w:sz w:val="16"/>
              </w:rPr>
              <w:t>remodelări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fațade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fără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rol</w:t>
            </w:r>
            <w:proofErr w:type="spellEnd"/>
            <w:r w:rsidR="00EE1418"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22B1C8E3" w:rsidR="00846492" w:rsidRPr="00AD1D4A" w:rsidRDefault="007B0BD3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85137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B.7 </w:t>
            </w:r>
            <w:proofErr w:type="spellStart"/>
            <w:r w:rsidR="00EE1418" w:rsidRPr="00AD1D4A">
              <w:rPr>
                <w:sz w:val="16"/>
                <w:lang w:val="fr-FR"/>
              </w:rPr>
              <w:t>reabilitare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energetică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unitară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="00EE1418" w:rsidRPr="00AD1D4A">
              <w:rPr>
                <w:sz w:val="16"/>
                <w:lang w:val="fr-FR"/>
              </w:rPr>
              <w:t>clădiri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EE1418" w:rsidRPr="00AD1D4A">
              <w:rPr>
                <w:sz w:val="16"/>
                <w:lang w:val="fr-FR"/>
              </w:rPr>
              <w:t>locuit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="00EE1418" w:rsidRPr="00AD1D4A">
              <w:rPr>
                <w:sz w:val="16"/>
                <w:lang w:val="fr-FR"/>
              </w:rPr>
              <w:t>niveluri</w:t>
            </w:r>
            <w:proofErr w:type="spellEnd"/>
            <w:r w:rsidR="00EE1418" w:rsidRPr="00AD1D4A">
              <w:rPr>
                <w:sz w:val="16"/>
                <w:lang w:val="fr-FR"/>
              </w:rPr>
              <w:t>)</w:t>
            </w:r>
          </w:p>
          <w:p w14:paraId="11CF2574" w14:textId="52EFF478" w:rsidR="00846492" w:rsidRPr="00AD1D4A" w:rsidRDefault="007B0BD3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2322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B.8 </w:t>
            </w:r>
            <w:proofErr w:type="spellStart"/>
            <w:r w:rsidR="00EE1418" w:rsidRPr="00AD1D4A">
              <w:rPr>
                <w:sz w:val="16"/>
                <w:lang w:val="fr-FR"/>
              </w:rPr>
              <w:t>compartimentări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demontabile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EE1418"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6BBFA78E" w:rsidR="00846492" w:rsidRPr="00AD1D4A" w:rsidRDefault="007B0BD3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55546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B.9 </w:t>
            </w:r>
            <w:proofErr w:type="spellStart"/>
            <w:r w:rsidR="00EE1418" w:rsidRPr="00AD1D4A">
              <w:rPr>
                <w:sz w:val="16"/>
                <w:lang w:val="fr-FR"/>
              </w:rPr>
              <w:t>schimbare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EE1418" w:rsidRPr="00AD1D4A">
              <w:rPr>
                <w:sz w:val="16"/>
                <w:lang w:val="fr-FR"/>
              </w:rPr>
              <w:t>destinație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fără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66EA52F2" w:rsidR="00846492" w:rsidRDefault="007B0BD3">
            <w:pPr>
              <w:keepNext/>
            </w:pPr>
            <w:sdt>
              <w:sdtPr>
                <w:rPr>
                  <w:sz w:val="16"/>
                </w:rPr>
                <w:id w:val="4586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EE1418">
              <w:rPr>
                <w:sz w:val="16"/>
              </w:rPr>
              <w:t xml:space="preserve"> B.10 </w:t>
            </w:r>
            <w:proofErr w:type="spellStart"/>
            <w:r w:rsidR="00EE1418">
              <w:rPr>
                <w:sz w:val="16"/>
              </w:rPr>
              <w:t>grupuri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sanitare</w:t>
            </w:r>
            <w:proofErr w:type="spellEnd"/>
            <w:r w:rsidR="00EE1418">
              <w:rPr>
                <w:sz w:val="16"/>
              </w:rPr>
              <w:t xml:space="preserve"> / </w:t>
            </w:r>
            <w:proofErr w:type="spellStart"/>
            <w:r w:rsidR="00EE1418">
              <w:rPr>
                <w:sz w:val="16"/>
              </w:rPr>
              <w:t>camere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tehnice</w:t>
            </w:r>
            <w:proofErr w:type="spellEnd"/>
            <w:r w:rsidR="00EE1418">
              <w:rPr>
                <w:sz w:val="16"/>
              </w:rPr>
              <w:t xml:space="preserve"> (max. 25 </w:t>
            </w:r>
            <w:proofErr w:type="spellStart"/>
            <w:r w:rsidR="00EE1418">
              <w:rPr>
                <w:sz w:val="16"/>
              </w:rPr>
              <w:t>mp</w:t>
            </w:r>
            <w:proofErr w:type="spellEnd"/>
            <w:r w:rsidR="00EE1418">
              <w:rPr>
                <w:sz w:val="16"/>
              </w:rPr>
              <w:t>)</w:t>
            </w:r>
          </w:p>
          <w:p w14:paraId="443DCDAD" w14:textId="43B5414C" w:rsidR="00846492" w:rsidRPr="00AD1D4A" w:rsidRDefault="007B0BD3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52267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B.11 </w:t>
            </w:r>
            <w:proofErr w:type="spellStart"/>
            <w:r w:rsidR="00EE1418" w:rsidRPr="00AD1D4A">
              <w:rPr>
                <w:sz w:val="16"/>
                <w:lang w:val="fr-FR"/>
              </w:rPr>
              <w:t>întreținere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EE1418" w:rsidRPr="00AD1D4A">
              <w:rPr>
                <w:sz w:val="16"/>
                <w:lang w:val="fr-FR"/>
              </w:rPr>
              <w:t>reparații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curente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="00EE1418" w:rsidRPr="00AD1D4A">
              <w:rPr>
                <w:sz w:val="16"/>
                <w:lang w:val="fr-FR"/>
              </w:rPr>
              <w:t>rețele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EE1418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F60FC2" w:rsidR="0084649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32586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C.1 </w:t>
            </w:r>
            <w:proofErr w:type="spellStart"/>
            <w:r w:rsidR="00EE1418" w:rsidRPr="00AD1D4A">
              <w:rPr>
                <w:sz w:val="16"/>
                <w:lang w:val="fr-FR"/>
              </w:rPr>
              <w:t>reparații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EE1418" w:rsidRPr="00AD1D4A">
              <w:rPr>
                <w:sz w:val="16"/>
                <w:lang w:val="fr-FR"/>
              </w:rPr>
              <w:t>întreținere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="00EE1418" w:rsidRPr="00AD1D4A">
              <w:rPr>
                <w:sz w:val="16"/>
                <w:lang w:val="fr-FR"/>
              </w:rPr>
              <w:t>construcții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5D88BA54" w:rsidR="0084649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55173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C.2 </w:t>
            </w:r>
            <w:proofErr w:type="spellStart"/>
            <w:r w:rsidR="00EE1418" w:rsidRPr="00AD1D4A">
              <w:rPr>
                <w:sz w:val="16"/>
                <w:lang w:val="fr-FR"/>
              </w:rPr>
              <w:t>reparații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interioare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și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38C4EB87" w:rsidR="0084649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1736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C.3 </w:t>
            </w:r>
            <w:proofErr w:type="spellStart"/>
            <w:r w:rsidR="00EE1418" w:rsidRPr="00AD1D4A">
              <w:rPr>
                <w:sz w:val="16"/>
                <w:lang w:val="fr-FR"/>
              </w:rPr>
              <w:t>reparații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împrejmuiri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EE1418" w:rsidRPr="00AD1D4A">
              <w:rPr>
                <w:sz w:val="16"/>
                <w:lang w:val="fr-FR"/>
              </w:rPr>
              <w:t>acoperișuri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EE1418" w:rsidRPr="00AD1D4A">
              <w:rPr>
                <w:sz w:val="16"/>
                <w:lang w:val="fr-FR"/>
              </w:rPr>
              <w:t>terase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EE1418" w:rsidRPr="00AD1D4A">
              <w:rPr>
                <w:sz w:val="16"/>
                <w:lang w:val="fr-FR"/>
              </w:rPr>
              <w:t>ziduri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EE1418"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B7FC4D0" w:rsidR="0084649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34031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C.4 </w:t>
            </w:r>
            <w:proofErr w:type="spellStart"/>
            <w:r w:rsidR="00EE1418" w:rsidRPr="00AD1D4A">
              <w:rPr>
                <w:sz w:val="16"/>
                <w:lang w:val="fr-FR"/>
              </w:rPr>
              <w:t>compartimentări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nestructurale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463C98C8" w:rsidR="0084649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47719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C.5 </w:t>
            </w:r>
            <w:proofErr w:type="spellStart"/>
            <w:r w:rsidR="00EE1418" w:rsidRPr="00AD1D4A">
              <w:rPr>
                <w:sz w:val="16"/>
                <w:lang w:val="fr-FR"/>
              </w:rPr>
              <w:t>schimbare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EE1418" w:rsidRPr="00AD1D4A">
              <w:rPr>
                <w:sz w:val="16"/>
                <w:lang w:val="fr-FR"/>
              </w:rPr>
              <w:t>destinație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fără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4CEA9945" w:rsidR="0084649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42957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EE1418" w:rsidRPr="00AD1D4A">
              <w:rPr>
                <w:sz w:val="16"/>
                <w:lang w:val="fr-FR"/>
              </w:rPr>
              <w:t xml:space="preserve"> C.6 </w:t>
            </w:r>
            <w:proofErr w:type="spellStart"/>
            <w:r w:rsidR="00EE1418" w:rsidRPr="00AD1D4A">
              <w:rPr>
                <w:sz w:val="16"/>
                <w:lang w:val="fr-FR"/>
              </w:rPr>
              <w:t>instalații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pentru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EE1418" w:rsidRPr="00AD1D4A">
              <w:rPr>
                <w:sz w:val="16"/>
                <w:lang w:val="fr-FR"/>
              </w:rPr>
              <w:t>securitate</w:t>
            </w:r>
            <w:proofErr w:type="spellEnd"/>
            <w:r w:rsidR="00EE1418"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="00EE1418"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EE1418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007DC727" w:rsidR="007F39C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35402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7F39C2" w:rsidRPr="00AD1D4A">
              <w:rPr>
                <w:sz w:val="16"/>
                <w:lang w:val="fr-FR"/>
              </w:rPr>
              <w:t xml:space="preserve"> D.1 </w:t>
            </w:r>
            <w:proofErr w:type="spellStart"/>
            <w:r w:rsidR="007F39C2" w:rsidRPr="00AD1D4A">
              <w:rPr>
                <w:sz w:val="16"/>
                <w:lang w:val="fr-FR"/>
              </w:rPr>
              <w:t>campinguri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7F39C2" w:rsidRPr="00AD1D4A">
              <w:rPr>
                <w:sz w:val="16"/>
                <w:lang w:val="fr-FR"/>
              </w:rPr>
              <w:t>tabere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din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structuri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2C24CB89" w:rsidR="007F39C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433970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7F39C2" w:rsidRPr="00AD1D4A">
              <w:rPr>
                <w:sz w:val="16"/>
                <w:lang w:val="fr-FR"/>
              </w:rPr>
              <w:t xml:space="preserve"> D.2 </w:t>
            </w:r>
            <w:proofErr w:type="spellStart"/>
            <w:r w:rsidR="007F39C2" w:rsidRPr="00AD1D4A">
              <w:rPr>
                <w:sz w:val="16"/>
                <w:lang w:val="fr-FR"/>
              </w:rPr>
              <w:t>modificări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în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="007F39C2" w:rsidRPr="00AD1D4A">
              <w:rPr>
                <w:sz w:val="16"/>
                <w:lang w:val="fr-FR"/>
              </w:rPr>
              <w:t>sat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7F39C2" w:rsidRPr="00AD1D4A">
              <w:rPr>
                <w:sz w:val="16"/>
                <w:lang w:val="fr-FR"/>
              </w:rPr>
              <w:t>vacanță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629C0D47" w:rsidR="007F39C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199805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7F39C2" w:rsidRPr="00AD1D4A">
              <w:rPr>
                <w:sz w:val="16"/>
                <w:lang w:val="fr-FR"/>
              </w:rPr>
              <w:t xml:space="preserve"> D.3 </w:t>
            </w:r>
            <w:proofErr w:type="spellStart"/>
            <w:r w:rsidR="007F39C2" w:rsidRPr="00AD1D4A">
              <w:rPr>
                <w:sz w:val="16"/>
                <w:lang w:val="fr-FR"/>
              </w:rPr>
              <w:t>teren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="007F39C2" w:rsidRPr="00AD1D4A">
              <w:rPr>
                <w:sz w:val="16"/>
                <w:lang w:val="fr-FR"/>
              </w:rPr>
              <w:t>fără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="007F39C2" w:rsidRPr="00AD1D4A">
              <w:rPr>
                <w:sz w:val="16"/>
                <w:lang w:val="fr-FR"/>
              </w:rPr>
              <w:t>distracții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1F4143C6" w:rsidR="007F39C2" w:rsidRPr="00AD1D4A" w:rsidRDefault="00D166D7">
            <w:pPr>
              <w:keepNext/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82958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7F39C2" w:rsidRPr="00AD1D4A">
              <w:rPr>
                <w:sz w:val="16"/>
                <w:lang w:val="fr-FR"/>
              </w:rPr>
              <w:t xml:space="preserve"> D.4 </w:t>
            </w:r>
            <w:proofErr w:type="spellStart"/>
            <w:r w:rsidR="007F39C2" w:rsidRPr="00AD1D4A">
              <w:rPr>
                <w:sz w:val="16"/>
                <w:lang w:val="fr-FR"/>
              </w:rPr>
              <w:t>spații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publice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7F39C2" w:rsidRPr="00AD1D4A">
              <w:rPr>
                <w:sz w:val="16"/>
                <w:lang w:val="fr-FR"/>
              </w:rPr>
              <w:t>grădini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7F39C2"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6B0E09E9" w:rsidR="007F39C2" w:rsidRPr="00AD1D4A" w:rsidRDefault="00D166D7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88528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7F39C2" w:rsidRPr="00AD1D4A">
              <w:rPr>
                <w:sz w:val="16"/>
                <w:lang w:val="fr-FR"/>
              </w:rPr>
              <w:t xml:space="preserve"> D.5 </w:t>
            </w:r>
            <w:proofErr w:type="spellStart"/>
            <w:r w:rsidR="007F39C2" w:rsidRPr="00AD1D4A">
              <w:rPr>
                <w:sz w:val="16"/>
                <w:lang w:val="fr-FR"/>
              </w:rPr>
              <w:t>trotuare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7F39C2" w:rsidRPr="00AD1D4A">
              <w:rPr>
                <w:sz w:val="16"/>
                <w:lang w:val="fr-FR"/>
              </w:rPr>
              <w:t>ziduri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7F39C2" w:rsidRPr="00AD1D4A">
              <w:rPr>
                <w:sz w:val="16"/>
                <w:lang w:val="fr-FR"/>
              </w:rPr>
              <w:t>sprijin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7F39C2" w:rsidRPr="00AD1D4A">
              <w:rPr>
                <w:sz w:val="16"/>
                <w:lang w:val="fr-FR"/>
              </w:rPr>
              <w:t>scări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7F39C2" w:rsidRPr="00AD1D4A">
              <w:rPr>
                <w:sz w:val="16"/>
                <w:lang w:val="fr-FR"/>
              </w:rPr>
              <w:t>acces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7F39C2" w:rsidRPr="00AD1D4A">
              <w:rPr>
                <w:sz w:val="16"/>
                <w:lang w:val="fr-FR"/>
              </w:rPr>
              <w:t>terase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3EB39DB1" w:rsidR="007F39C2" w:rsidRPr="00AD1D4A" w:rsidRDefault="00D166D7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13424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7F39C2" w:rsidRPr="00AD1D4A">
              <w:rPr>
                <w:sz w:val="16"/>
                <w:lang w:val="fr-FR"/>
              </w:rPr>
              <w:t xml:space="preserve"> D.6 </w:t>
            </w:r>
            <w:proofErr w:type="spellStart"/>
            <w:r w:rsidR="007F39C2" w:rsidRPr="00AD1D4A">
              <w:rPr>
                <w:sz w:val="16"/>
                <w:lang w:val="fr-FR"/>
              </w:rPr>
              <w:t>perdele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forestiere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="007F39C2"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3E667594" w:rsidR="007F39C2" w:rsidRPr="00AD1D4A" w:rsidRDefault="00D166D7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97481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7F39C2" w:rsidRPr="00AD1D4A">
              <w:rPr>
                <w:sz w:val="16"/>
                <w:lang w:val="fr-FR"/>
              </w:rPr>
              <w:t xml:space="preserve"> D.7 </w:t>
            </w:r>
            <w:proofErr w:type="spellStart"/>
            <w:r w:rsidR="007F39C2" w:rsidRPr="00AD1D4A">
              <w:rPr>
                <w:sz w:val="16"/>
                <w:lang w:val="fr-FR"/>
              </w:rPr>
              <w:t>construcții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0F3691AF" w:rsidR="007F39C2" w:rsidRPr="00AD1D4A" w:rsidRDefault="00D166D7" w:rsidP="004C2114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12441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7F39C2" w:rsidRPr="00AD1D4A">
              <w:rPr>
                <w:sz w:val="16"/>
                <w:lang w:val="fr-FR"/>
              </w:rPr>
              <w:t xml:space="preserve"> D.8 rampe de </w:t>
            </w:r>
            <w:proofErr w:type="spellStart"/>
            <w:r w:rsidR="007F39C2" w:rsidRPr="00AD1D4A">
              <w:rPr>
                <w:sz w:val="16"/>
                <w:lang w:val="fr-FR"/>
              </w:rPr>
              <w:t>acces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pentru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persoanele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cu</w:t>
            </w:r>
            <w:proofErr w:type="spellEnd"/>
            <w:r w:rsidR="007F39C2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7F39C2"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EE1418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 xml:space="preserve">PROIECTUL TEHNIC DE EXECUȚIE CU </w:t>
            </w:r>
            <w:r w:rsidRPr="00AD1D4A">
              <w:rPr>
                <w:b/>
                <w:color w:val="000000"/>
                <w:sz w:val="18"/>
                <w:lang w:val="fr-FR"/>
              </w:rPr>
              <w:t>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EE1418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EE1418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EE1418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EE141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EE141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07E133A" w:rsidR="003F4418" w:rsidRDefault="00EE1418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145312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-66570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-716816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F2C7180" w:rsidR="003869B3" w:rsidRDefault="00D166D7">
            <w:pPr>
              <w:rPr>
                <w:sz w:val="16"/>
              </w:rPr>
            </w:pPr>
            <w:sdt>
              <w:sdtPr>
                <w:rPr>
                  <w:sz w:val="16"/>
                </w:rPr>
                <w:id w:val="20206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studiul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topografic</w:t>
            </w:r>
            <w:proofErr w:type="spellEnd"/>
            <w:r w:rsidR="00EE1418"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 w:rsidR="00EE1418"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110846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acordul</w:t>
            </w:r>
            <w:proofErr w:type="spellEnd"/>
            <w:r w:rsidR="00EE1418">
              <w:rPr>
                <w:sz w:val="16"/>
              </w:rPr>
              <w:t xml:space="preserve"> / </w:t>
            </w:r>
            <w:proofErr w:type="spellStart"/>
            <w:r w:rsidR="00EE1418">
              <w:rPr>
                <w:sz w:val="16"/>
              </w:rPr>
              <w:t>avizul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pentru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patrimoniu</w:t>
            </w:r>
            <w:proofErr w:type="spellEnd"/>
            <w:r w:rsidR="00EE1418">
              <w:rPr>
                <w:sz w:val="16"/>
              </w:rPr>
              <w:t xml:space="preserve">, </w:t>
            </w:r>
            <w:proofErr w:type="spellStart"/>
            <w:r w:rsidR="00EE1418">
              <w:rPr>
                <w:sz w:val="16"/>
              </w:rPr>
              <w:t>după</w:t>
            </w:r>
            <w:proofErr w:type="spellEnd"/>
            <w:r w:rsidR="00EE1418">
              <w:rPr>
                <w:sz w:val="16"/>
              </w:rPr>
              <w:t xml:space="preserve"> </w:t>
            </w:r>
            <w:proofErr w:type="spellStart"/>
            <w:r w:rsidR="00EE1418">
              <w:rPr>
                <w:sz w:val="16"/>
              </w:rPr>
              <w:t>caz</w:t>
            </w:r>
            <w:proofErr w:type="spellEnd"/>
            <w:r w:rsidR="00EE1418">
              <w:rPr>
                <w:sz w:val="16"/>
              </w:rPr>
              <w:t xml:space="preserve">  </w:t>
            </w:r>
          </w:p>
          <w:p w14:paraId="52119DB7" w14:textId="0847BE16" w:rsidR="00846492" w:rsidRPr="003869B3" w:rsidRDefault="00D166D7">
            <w:pPr>
              <w:rPr>
                <w:sz w:val="16"/>
                <w:lang w:val="fr-FR"/>
              </w:rPr>
            </w:pPr>
            <w:sdt>
              <w:sdtPr>
                <w:rPr>
                  <w:rFonts w:ascii="Segoe UI Symbol" w:hAnsi="Segoe UI Symbol" w:cs="Segoe UI Symbol"/>
                  <w:sz w:val="16"/>
                  <w:lang w:val="fr-FR"/>
                </w:rPr>
                <w:id w:val="-136027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16"/>
                    <w:lang w:val="fr-FR"/>
                  </w:rPr>
                  <w:t>☐</w:t>
                </w:r>
              </w:sdtContent>
            </w:sdt>
            <w:r w:rsidR="003869B3" w:rsidRPr="003869B3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3869B3" w:rsidRPr="003869B3">
              <w:rPr>
                <w:sz w:val="16"/>
                <w:lang w:val="fr-FR"/>
              </w:rPr>
              <w:t>avizul</w:t>
            </w:r>
            <w:proofErr w:type="spellEnd"/>
            <w:proofErr w:type="gramEnd"/>
            <w:r w:rsidR="003869B3"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="003869B3" w:rsidRPr="003869B3">
              <w:rPr>
                <w:sz w:val="16"/>
                <w:lang w:val="fr-FR"/>
              </w:rPr>
              <w:t>arhitectului-șef</w:t>
            </w:r>
            <w:proofErr w:type="spellEnd"/>
            <w:r w:rsidR="003869B3"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="003869B3" w:rsidRPr="003869B3">
              <w:rPr>
                <w:sz w:val="16"/>
                <w:lang w:val="fr-FR"/>
              </w:rPr>
              <w:t>județului</w:t>
            </w:r>
            <w:proofErr w:type="spellEnd"/>
            <w:r w:rsidR="003869B3"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="003869B3" w:rsidRPr="003869B3">
              <w:rPr>
                <w:sz w:val="16"/>
                <w:lang w:val="fr-FR"/>
              </w:rPr>
              <w:t>obligatoriu</w:t>
            </w:r>
            <w:proofErr w:type="spellEnd"/>
            <w:r w:rsidR="003869B3"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="003869B3" w:rsidRPr="003869B3">
              <w:rPr>
                <w:sz w:val="16"/>
                <w:lang w:val="fr-FR"/>
              </w:rPr>
              <w:t>locuințe</w:t>
            </w:r>
            <w:proofErr w:type="spellEnd"/>
            <w:r w:rsidR="003869B3" w:rsidRPr="003869B3">
              <w:rPr>
                <w:sz w:val="16"/>
                <w:lang w:val="fr-FR"/>
              </w:rPr>
              <w:t xml:space="preserve"> unifamiliale)   </w:t>
            </w:r>
            <w:sdt>
              <w:sdtPr>
                <w:rPr>
                  <w:sz w:val="16"/>
                </w:rPr>
                <w:id w:val="10616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3869B3">
              <w:rPr>
                <w:sz w:val="16"/>
              </w:rPr>
              <w:t xml:space="preserve"> </w:t>
            </w:r>
            <w:proofErr w:type="spellStart"/>
            <w:r w:rsidR="003869B3">
              <w:rPr>
                <w:sz w:val="16"/>
              </w:rPr>
              <w:t>dovada</w:t>
            </w:r>
            <w:proofErr w:type="spellEnd"/>
            <w:r w:rsidR="003869B3">
              <w:rPr>
                <w:sz w:val="16"/>
              </w:rPr>
              <w:t xml:space="preserve"> </w:t>
            </w:r>
            <w:proofErr w:type="spellStart"/>
            <w:r w:rsidR="003869B3">
              <w:rPr>
                <w:sz w:val="16"/>
              </w:rPr>
              <w:t>plății</w:t>
            </w:r>
            <w:proofErr w:type="spellEnd"/>
            <w:r w:rsidR="003869B3">
              <w:rPr>
                <w:sz w:val="16"/>
              </w:rPr>
              <w:t xml:space="preserve"> </w:t>
            </w:r>
            <w:proofErr w:type="spellStart"/>
            <w:r w:rsidR="003869B3"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EE1418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EE1418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EE1418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543659A5" w:rsidR="00846492" w:rsidRPr="00AD1D4A" w:rsidRDefault="00EE1418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1792166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în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29738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de e-mail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69188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66D7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EE1418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EE1418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EE1418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EE141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D5AC5" w14:textId="77777777" w:rsidR="00EE1418" w:rsidRDefault="00EE1418">
      <w:r>
        <w:separator/>
      </w:r>
    </w:p>
  </w:endnote>
  <w:endnote w:type="continuationSeparator" w:id="0">
    <w:p w14:paraId="3B34711C" w14:textId="77777777" w:rsidR="00EE1418" w:rsidRDefault="00EE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F5D4A" w14:textId="77777777" w:rsidR="00846492" w:rsidRDefault="00EE1418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2E93B" w14:textId="77777777" w:rsidR="00F343D2" w:rsidRDefault="00F343D2" w:rsidP="00F343D2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32A69" w14:textId="77777777" w:rsidR="00EE1418" w:rsidRDefault="00EE1418">
      <w:r>
        <w:separator/>
      </w:r>
    </w:p>
  </w:footnote>
  <w:footnote w:type="continuationSeparator" w:id="0">
    <w:p w14:paraId="62BEEA36" w14:textId="77777777" w:rsidR="00EE1418" w:rsidRDefault="00EE1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07BB7" w14:textId="53CC4ECF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B0BD3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A6FDB"/>
    <w:rsid w:val="00CB0664"/>
    <w:rsid w:val="00D166D7"/>
    <w:rsid w:val="00D2019F"/>
    <w:rsid w:val="00D2346C"/>
    <w:rsid w:val="00E52AF9"/>
    <w:rsid w:val="00E61A6B"/>
    <w:rsid w:val="00EE1418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C39455-0BD4-416C-8E3A-97244EDC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882</Words>
  <Characters>5034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Alexandru Maria</cp:lastModifiedBy>
  <cp:revision>3</cp:revision>
  <dcterms:created xsi:type="dcterms:W3CDTF">2013-12-23T23:15:00Z</dcterms:created>
  <dcterms:modified xsi:type="dcterms:W3CDTF">2026-09-11T07:56:00Z</dcterms:modified>
  <cp:category/>
</cp:coreProperties>
</file>